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60EFF" w14:textId="77777777" w:rsidR="00E404C3" w:rsidRDefault="00A460B9">
      <w:pPr>
        <w:pStyle w:val="Title"/>
        <w:jc w:val="center"/>
      </w:pPr>
      <w:r>
        <w:t>Process-Mapping Template</w:t>
      </w:r>
    </w:p>
    <w:p w14:paraId="0A0A15D8" w14:textId="77777777" w:rsidR="00E404C3" w:rsidRDefault="00A460B9">
      <w:pPr>
        <w:jc w:val="center"/>
      </w:pPr>
      <w:r>
        <w:rPr>
          <w:color w:val="667580"/>
          <w:sz w:val="26"/>
        </w:rPr>
        <w:t>D</w:t>
      </w:r>
      <w:r>
        <w:rPr>
          <w:color w:val="667580"/>
          <w:sz w:val="26"/>
        </w:rPr>
        <w:t>ocument how work actually flows, identify friction, and design a better future state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24"/>
      </w:tblGrid>
      <w:tr w:rsidR="00E404C3" w14:paraId="2C2B00F0" w14:textId="77777777">
        <w:trPr>
          <w:jc w:val="center"/>
        </w:trPr>
        <w:tc>
          <w:tcPr>
            <w:tcW w:w="10224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FF4C4B4" w14:textId="77777777" w:rsidR="00E404C3" w:rsidRDefault="00A460B9">
            <w:pPr>
              <w:spacing w:after="0"/>
              <w:jc w:val="center"/>
            </w:pPr>
            <w:r>
              <w:rPr>
                <w:b/>
                <w:color w:val="2F7F7A"/>
                <w:sz w:val="22"/>
              </w:rPr>
              <w:t>Practical tools for building better business systems</w:t>
            </w:r>
          </w:p>
        </w:tc>
      </w:tr>
    </w:tbl>
    <w:p w14:paraId="24DE0A62" w14:textId="77777777" w:rsidR="00E404C3" w:rsidRDefault="00A460B9">
      <w:pPr>
        <w:jc w:val="center"/>
      </w:pPr>
      <w:r>
        <w:rPr>
          <w:i/>
          <w:color w:val="667580"/>
        </w:rPr>
        <w:t>Designed for small-business owners, managers, and improvement teams</w:t>
      </w:r>
    </w:p>
    <w:p w14:paraId="5F7747DE" w14:textId="77777777" w:rsidR="00E404C3" w:rsidRDefault="00A460B9">
      <w:pPr>
        <w:pStyle w:val="Heading1"/>
      </w:pPr>
      <w:r>
        <w:t>How to use this tool</w:t>
      </w:r>
    </w:p>
    <w:p w14:paraId="7E0D068E" w14:textId="77777777" w:rsidR="00E404C3" w:rsidRDefault="00A460B9">
      <w:r>
        <w:t>Use this template when a process is inconsistent, slow, error-prone, dependent on one person, or difficult to train. Map the current state first. Do not begin by drawing the process you wish existed.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24"/>
      </w:tblGrid>
      <w:tr w:rsidR="00E404C3" w14:paraId="308DC175" w14:textId="77777777">
        <w:trPr>
          <w:jc w:val="center"/>
        </w:trPr>
        <w:tc>
          <w:tcPr>
            <w:tcW w:w="10224" w:type="dxa"/>
            <w:shd w:val="clear" w:color="auto" w:fill="EFF4F7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54C17FE7" w14:textId="77777777" w:rsidR="00E404C3" w:rsidRDefault="00A460B9">
            <w:pPr>
              <w:spacing w:after="80"/>
            </w:pPr>
            <w:r>
              <w:rPr>
                <w:b/>
                <w:color w:val="2F7F7A"/>
                <w:sz w:val="18"/>
              </w:rPr>
              <w:t>BEST RESULT</w:t>
            </w:r>
          </w:p>
          <w:p w14:paraId="1E54A6BF" w14:textId="77777777" w:rsidR="00E404C3" w:rsidRDefault="00A460B9">
            <w:pPr>
              <w:spacing w:after="0" w:line="259" w:lineRule="auto"/>
            </w:pPr>
            <w:r>
              <w:rPr>
                <w:sz w:val="18"/>
              </w:rPr>
              <w:t>Build the map with the people who perform the work. A 45–90 minute working session is usually enough for a focused process with 8–15 steps.</w:t>
            </w:r>
          </w:p>
        </w:tc>
      </w:tr>
    </w:tbl>
    <w:p w14:paraId="494377B3" w14:textId="77777777" w:rsidR="00E404C3" w:rsidRDefault="00A460B9">
      <w:pPr>
        <w:pStyle w:val="Heading2"/>
      </w:pPr>
      <w:r>
        <w:t>Recommended method</w:t>
      </w:r>
    </w:p>
    <w:p w14:paraId="3C53F1D5" w14:textId="77777777" w:rsidR="00E404C3" w:rsidRDefault="00A460B9">
      <w:r>
        <w:rPr>
          <w:b/>
          <w:color w:val="2F7F7A"/>
        </w:rPr>
        <w:t xml:space="preserve">1. Define the boundaries: </w:t>
      </w:r>
      <w:r>
        <w:t>Name the trigger that starts the process and the result that ends it.</w:t>
      </w:r>
    </w:p>
    <w:p w14:paraId="7B71501E" w14:textId="77777777" w:rsidR="00E404C3" w:rsidRDefault="00A460B9">
      <w:r>
        <w:rPr>
          <w:b/>
          <w:color w:val="2F7F7A"/>
        </w:rPr>
        <w:t xml:space="preserve">2. Choose the right level: </w:t>
      </w:r>
      <w:r>
        <w:t>Keep the first map to roughly 8–15 major steps. Create a separate detail map for a complicated subprocess.</w:t>
      </w:r>
    </w:p>
    <w:p w14:paraId="451B83A3" w14:textId="77777777" w:rsidR="00E404C3" w:rsidRDefault="00A460B9">
      <w:r>
        <w:rPr>
          <w:b/>
          <w:color w:val="2F7F7A"/>
        </w:rPr>
        <w:t xml:space="preserve">3. Capture reality: </w:t>
      </w:r>
      <w:r>
        <w:t>Record decisions, handoffs, delays, rework, approvals, systems, and exceptions.</w:t>
      </w:r>
    </w:p>
    <w:p w14:paraId="4B95DE0E" w14:textId="77777777" w:rsidR="00E404C3" w:rsidRDefault="00A460B9">
      <w:r>
        <w:rPr>
          <w:b/>
          <w:color w:val="2F7F7A"/>
        </w:rPr>
        <w:t xml:space="preserve">4. Quantify: </w:t>
      </w:r>
      <w:r>
        <w:t>Add processing time, waiting time, frequency, error rate, or volume where useful.</w:t>
      </w:r>
    </w:p>
    <w:p w14:paraId="4F7490C2" w14:textId="77777777" w:rsidR="00E404C3" w:rsidRDefault="00A460B9">
      <w:r>
        <w:rPr>
          <w:b/>
          <w:color w:val="2F7F7A"/>
        </w:rPr>
        <w:t xml:space="preserve">5. Improve: </w:t>
      </w:r>
      <w:r>
        <w:t>Mark waste and risk, then design a future-state flow with fewer handoffs and clearer ownership.</w:t>
      </w:r>
    </w:p>
    <w:p w14:paraId="45E23BDE" w14:textId="77777777" w:rsidR="00E404C3" w:rsidRDefault="00A460B9">
      <w:r>
        <w:rPr>
          <w:b/>
          <w:color w:val="2F7F7A"/>
        </w:rPr>
        <w:t xml:space="preserve">6. Confirm: </w:t>
      </w:r>
      <w:r>
        <w:t>Validate the map with frontline employees and the process owner before changing procedures.</w:t>
      </w:r>
    </w:p>
    <w:p w14:paraId="131F81E0" w14:textId="77777777" w:rsidR="00E404C3" w:rsidRDefault="00A460B9">
      <w:pPr>
        <w:pStyle w:val="Heading2"/>
      </w:pPr>
      <w:r>
        <w:t>Standard symbols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28"/>
        <w:gridCol w:w="2448"/>
        <w:gridCol w:w="5184"/>
      </w:tblGrid>
      <w:tr w:rsidR="00E404C3" w14:paraId="11C1B68F" w14:textId="77777777">
        <w:trPr>
          <w:tblHeader/>
          <w:jc w:val="center"/>
        </w:trPr>
        <w:tc>
          <w:tcPr>
            <w:tcW w:w="1728" w:type="dxa"/>
            <w:shd w:val="clear" w:color="auto" w:fill="17324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AC63A21" w14:textId="77777777" w:rsidR="00E404C3" w:rsidRDefault="00A460B9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Symbol</w:t>
            </w:r>
          </w:p>
        </w:tc>
        <w:tc>
          <w:tcPr>
            <w:tcW w:w="2448" w:type="dxa"/>
            <w:shd w:val="clear" w:color="auto" w:fill="17324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1B0CFF7" w14:textId="77777777" w:rsidR="00E404C3" w:rsidRDefault="00A460B9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Use</w:t>
            </w:r>
          </w:p>
        </w:tc>
        <w:tc>
          <w:tcPr>
            <w:tcW w:w="5184" w:type="dxa"/>
            <w:shd w:val="clear" w:color="auto" w:fill="17324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727179D" w14:textId="77777777" w:rsidR="00E404C3" w:rsidRDefault="00A460B9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Question to ask</w:t>
            </w:r>
          </w:p>
        </w:tc>
      </w:tr>
      <w:tr w:rsidR="00E404C3" w14:paraId="277A1560" w14:textId="77777777">
        <w:trPr>
          <w:jc w:val="center"/>
        </w:trPr>
        <w:tc>
          <w:tcPr>
            <w:tcW w:w="172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F853B3A" w14:textId="77777777" w:rsidR="00E404C3" w:rsidRDefault="00A460B9">
            <w:pPr>
              <w:spacing w:after="0"/>
            </w:pPr>
            <w:r>
              <w:rPr>
                <w:sz w:val="17"/>
              </w:rPr>
              <w:t>Start / End</w:t>
            </w:r>
          </w:p>
        </w:tc>
        <w:tc>
          <w:tcPr>
            <w:tcW w:w="244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53E1183" w14:textId="77777777" w:rsidR="00E404C3" w:rsidRDefault="00A460B9">
            <w:pPr>
              <w:spacing w:after="0"/>
            </w:pPr>
            <w:r>
              <w:rPr>
                <w:sz w:val="17"/>
              </w:rPr>
              <w:t>Rounded terminal</w:t>
            </w:r>
          </w:p>
        </w:tc>
        <w:tc>
          <w:tcPr>
            <w:tcW w:w="518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932A893" w14:textId="77777777" w:rsidR="00E404C3" w:rsidRDefault="00A460B9">
            <w:pPr>
              <w:spacing w:after="0"/>
            </w:pPr>
            <w:r>
              <w:rPr>
                <w:sz w:val="17"/>
              </w:rPr>
              <w:t>What event triggers or completes the process?</w:t>
            </w:r>
          </w:p>
        </w:tc>
      </w:tr>
      <w:tr w:rsidR="00E404C3" w14:paraId="3E8330A7" w14:textId="77777777">
        <w:trPr>
          <w:jc w:val="center"/>
        </w:trPr>
        <w:tc>
          <w:tcPr>
            <w:tcW w:w="1728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192D507" w14:textId="77777777" w:rsidR="00E404C3" w:rsidRDefault="00A460B9">
            <w:pPr>
              <w:spacing w:after="0"/>
            </w:pPr>
            <w:r>
              <w:rPr>
                <w:sz w:val="17"/>
              </w:rPr>
              <w:t>Process</w:t>
            </w:r>
          </w:p>
        </w:tc>
        <w:tc>
          <w:tcPr>
            <w:tcW w:w="2448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9031627" w14:textId="77777777" w:rsidR="00E404C3" w:rsidRDefault="00A460B9">
            <w:pPr>
              <w:spacing w:after="0"/>
            </w:pPr>
            <w:r>
              <w:rPr>
                <w:sz w:val="17"/>
              </w:rPr>
              <w:t>Rectangle</w:t>
            </w:r>
          </w:p>
        </w:tc>
        <w:tc>
          <w:tcPr>
            <w:tcW w:w="5184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675C13E" w14:textId="77777777" w:rsidR="00E404C3" w:rsidRDefault="00A460B9">
            <w:pPr>
              <w:spacing w:after="0"/>
            </w:pPr>
            <w:r>
              <w:rPr>
                <w:sz w:val="17"/>
              </w:rPr>
              <w:t>What work is performed?</w:t>
            </w:r>
          </w:p>
        </w:tc>
      </w:tr>
      <w:tr w:rsidR="00E404C3" w14:paraId="44CD7B56" w14:textId="77777777">
        <w:trPr>
          <w:jc w:val="center"/>
        </w:trPr>
        <w:tc>
          <w:tcPr>
            <w:tcW w:w="172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9EE5B4C" w14:textId="77777777" w:rsidR="00E404C3" w:rsidRDefault="00A460B9">
            <w:pPr>
              <w:spacing w:after="0"/>
            </w:pPr>
            <w:r>
              <w:rPr>
                <w:sz w:val="17"/>
              </w:rPr>
              <w:t>Decision</w:t>
            </w:r>
          </w:p>
        </w:tc>
        <w:tc>
          <w:tcPr>
            <w:tcW w:w="244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8314A46" w14:textId="77777777" w:rsidR="00E404C3" w:rsidRDefault="00A460B9">
            <w:pPr>
              <w:spacing w:after="0"/>
            </w:pPr>
            <w:r>
              <w:rPr>
                <w:sz w:val="17"/>
              </w:rPr>
              <w:t>Diamond</w:t>
            </w:r>
          </w:p>
        </w:tc>
        <w:tc>
          <w:tcPr>
            <w:tcW w:w="518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5FB4D32" w14:textId="77777777" w:rsidR="00E404C3" w:rsidRDefault="00A460B9">
            <w:pPr>
              <w:spacing w:after="0"/>
            </w:pPr>
            <w:r>
              <w:rPr>
                <w:sz w:val="17"/>
              </w:rPr>
              <w:t>What rule determines the path?</w:t>
            </w:r>
          </w:p>
        </w:tc>
      </w:tr>
      <w:tr w:rsidR="00E404C3" w14:paraId="41262AFF" w14:textId="77777777">
        <w:trPr>
          <w:jc w:val="center"/>
        </w:trPr>
        <w:tc>
          <w:tcPr>
            <w:tcW w:w="1728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A017BF8" w14:textId="77777777" w:rsidR="00E404C3" w:rsidRDefault="00A460B9">
            <w:pPr>
              <w:spacing w:after="0"/>
            </w:pPr>
            <w:r>
              <w:rPr>
                <w:sz w:val="17"/>
              </w:rPr>
              <w:t>Document / Data</w:t>
            </w:r>
          </w:p>
        </w:tc>
        <w:tc>
          <w:tcPr>
            <w:tcW w:w="2448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5FD97E2" w14:textId="77777777" w:rsidR="00E404C3" w:rsidRDefault="00A460B9">
            <w:pPr>
              <w:spacing w:after="0"/>
            </w:pPr>
            <w:r>
              <w:rPr>
                <w:sz w:val="17"/>
              </w:rPr>
              <w:t>Document or data shape</w:t>
            </w:r>
          </w:p>
        </w:tc>
        <w:tc>
          <w:tcPr>
            <w:tcW w:w="5184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CB89B2F" w14:textId="77777777" w:rsidR="00E404C3" w:rsidRDefault="00A460B9">
            <w:pPr>
              <w:spacing w:after="0"/>
            </w:pPr>
            <w:r>
              <w:rPr>
                <w:sz w:val="17"/>
              </w:rPr>
              <w:t>What information is created or required?</w:t>
            </w:r>
          </w:p>
        </w:tc>
      </w:tr>
      <w:tr w:rsidR="00E404C3" w14:paraId="7CE97990" w14:textId="77777777">
        <w:trPr>
          <w:jc w:val="center"/>
        </w:trPr>
        <w:tc>
          <w:tcPr>
            <w:tcW w:w="172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04C5911" w14:textId="77777777" w:rsidR="00E404C3" w:rsidRDefault="00A460B9">
            <w:pPr>
              <w:spacing w:after="0"/>
            </w:pPr>
            <w:r>
              <w:rPr>
                <w:sz w:val="17"/>
              </w:rPr>
              <w:t>Delay</w:t>
            </w:r>
          </w:p>
        </w:tc>
        <w:tc>
          <w:tcPr>
            <w:tcW w:w="244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C01D89D" w14:textId="77777777" w:rsidR="00E404C3" w:rsidRDefault="00A460B9">
            <w:pPr>
              <w:spacing w:after="0"/>
            </w:pPr>
            <w:r>
              <w:rPr>
                <w:sz w:val="17"/>
              </w:rPr>
              <w:t>Delay marker</w:t>
            </w:r>
          </w:p>
        </w:tc>
        <w:tc>
          <w:tcPr>
            <w:tcW w:w="518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DDFC731" w14:textId="77777777" w:rsidR="00E404C3" w:rsidRDefault="00A460B9">
            <w:pPr>
              <w:spacing w:after="0"/>
            </w:pPr>
            <w:r>
              <w:rPr>
                <w:sz w:val="17"/>
              </w:rPr>
              <w:t>Where does work wait, queue, or age?</w:t>
            </w:r>
          </w:p>
        </w:tc>
      </w:tr>
      <w:tr w:rsidR="00E404C3" w14:paraId="311CF85A" w14:textId="77777777">
        <w:trPr>
          <w:jc w:val="center"/>
        </w:trPr>
        <w:tc>
          <w:tcPr>
            <w:tcW w:w="1728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3E9968E" w14:textId="77777777" w:rsidR="00E404C3" w:rsidRDefault="00A460B9">
            <w:pPr>
              <w:spacing w:after="0"/>
            </w:pPr>
            <w:r>
              <w:rPr>
                <w:sz w:val="17"/>
              </w:rPr>
              <w:t>Connector</w:t>
            </w:r>
          </w:p>
        </w:tc>
        <w:tc>
          <w:tcPr>
            <w:tcW w:w="2448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3418832" w14:textId="77777777" w:rsidR="00E404C3" w:rsidRDefault="00A460B9">
            <w:pPr>
              <w:spacing w:after="0"/>
            </w:pPr>
            <w:r>
              <w:rPr>
                <w:sz w:val="17"/>
              </w:rPr>
              <w:t>Arrow</w:t>
            </w:r>
          </w:p>
        </w:tc>
        <w:tc>
          <w:tcPr>
            <w:tcW w:w="5184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412D25D" w14:textId="77777777" w:rsidR="00E404C3" w:rsidRDefault="00A460B9">
            <w:pPr>
              <w:spacing w:after="0"/>
            </w:pPr>
            <w:r>
              <w:rPr>
                <w:sz w:val="17"/>
              </w:rPr>
              <w:t>Where does work go next?</w:t>
            </w:r>
          </w:p>
        </w:tc>
      </w:tr>
    </w:tbl>
    <w:p w14:paraId="3F7061DF" w14:textId="77777777" w:rsidR="00E404C3" w:rsidRDefault="00E404C3">
      <w:pPr>
        <w:spacing w:after="20"/>
      </w:pPr>
    </w:p>
    <w:p w14:paraId="5567854C" w14:textId="77777777" w:rsidR="00E404C3" w:rsidRDefault="00A460B9">
      <w:pPr>
        <w:pStyle w:val="Heading1"/>
      </w:pPr>
      <w:r>
        <w:lastRenderedPageBreak/>
        <w:t>Completed example: customer order to shipment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78"/>
        <w:gridCol w:w="1498"/>
        <w:gridCol w:w="2742"/>
        <w:gridCol w:w="1806"/>
        <w:gridCol w:w="950"/>
        <w:gridCol w:w="2990"/>
      </w:tblGrid>
      <w:tr w:rsidR="00E404C3" w14:paraId="26F2041F" w14:textId="77777777">
        <w:trPr>
          <w:tblHeader/>
          <w:jc w:val="center"/>
        </w:trPr>
        <w:tc>
          <w:tcPr>
            <w:tcW w:w="504" w:type="dxa"/>
            <w:shd w:val="clear" w:color="auto" w:fill="17324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F7193EA" w14:textId="77777777" w:rsidR="00E404C3" w:rsidRDefault="00A460B9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#</w:t>
            </w:r>
          </w:p>
        </w:tc>
        <w:tc>
          <w:tcPr>
            <w:tcW w:w="1584" w:type="dxa"/>
            <w:shd w:val="clear" w:color="auto" w:fill="17324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3447A02" w14:textId="77777777" w:rsidR="00E404C3" w:rsidRDefault="00A460B9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Role</w:t>
            </w:r>
          </w:p>
        </w:tc>
        <w:tc>
          <w:tcPr>
            <w:tcW w:w="3024" w:type="dxa"/>
            <w:shd w:val="clear" w:color="auto" w:fill="17324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5097E43" w14:textId="77777777" w:rsidR="00E404C3" w:rsidRDefault="00A460B9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Step / Decision</w:t>
            </w:r>
          </w:p>
        </w:tc>
        <w:tc>
          <w:tcPr>
            <w:tcW w:w="1944" w:type="dxa"/>
            <w:shd w:val="clear" w:color="auto" w:fill="17324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83D9A85" w14:textId="77777777" w:rsidR="00E404C3" w:rsidRDefault="00A460B9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System or record</w:t>
            </w:r>
          </w:p>
        </w:tc>
        <w:tc>
          <w:tcPr>
            <w:tcW w:w="1008" w:type="dxa"/>
            <w:shd w:val="clear" w:color="auto" w:fill="17324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E5DB369" w14:textId="77777777" w:rsidR="00E404C3" w:rsidRDefault="00A460B9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Time</w:t>
            </w:r>
          </w:p>
        </w:tc>
        <w:tc>
          <w:tcPr>
            <w:tcW w:w="3312" w:type="dxa"/>
            <w:shd w:val="clear" w:color="auto" w:fill="17324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BB8ADD7" w14:textId="77777777" w:rsidR="00E404C3" w:rsidRDefault="00A460B9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Issue / opportunity</w:t>
            </w:r>
          </w:p>
        </w:tc>
      </w:tr>
      <w:tr w:rsidR="00E404C3" w14:paraId="6DF3B771" w14:textId="77777777">
        <w:trPr>
          <w:jc w:val="center"/>
        </w:trPr>
        <w:tc>
          <w:tcPr>
            <w:tcW w:w="50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D94EC35" w14:textId="77777777" w:rsidR="00E404C3" w:rsidRDefault="00A460B9">
            <w:pPr>
              <w:spacing w:after="0"/>
            </w:pPr>
            <w:r>
              <w:rPr>
                <w:sz w:val="16"/>
              </w:rPr>
              <w:t>1</w:t>
            </w:r>
          </w:p>
        </w:tc>
        <w:tc>
          <w:tcPr>
            <w:tcW w:w="158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5368A04" w14:textId="77777777" w:rsidR="00E404C3" w:rsidRDefault="00A460B9">
            <w:pPr>
              <w:spacing w:after="0"/>
            </w:pPr>
            <w:r>
              <w:rPr>
                <w:sz w:val="16"/>
              </w:rPr>
              <w:t>Customer Service</w:t>
            </w:r>
          </w:p>
        </w:tc>
        <w:tc>
          <w:tcPr>
            <w:tcW w:w="302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8599059" w14:textId="77777777" w:rsidR="00E404C3" w:rsidRDefault="00A460B9">
            <w:pPr>
              <w:spacing w:after="0"/>
            </w:pPr>
            <w:r>
              <w:rPr>
                <w:sz w:val="16"/>
              </w:rPr>
              <w:t>Receive purchase order</w:t>
            </w:r>
          </w:p>
        </w:tc>
        <w:tc>
          <w:tcPr>
            <w:tcW w:w="194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F037873" w14:textId="77777777" w:rsidR="00E404C3" w:rsidRDefault="00A460B9">
            <w:pPr>
              <w:spacing w:after="0"/>
            </w:pPr>
            <w:r>
              <w:rPr>
                <w:sz w:val="16"/>
              </w:rPr>
              <w:t>Email / ERP</w:t>
            </w:r>
          </w:p>
        </w:tc>
        <w:tc>
          <w:tcPr>
            <w:tcW w:w="10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330D6FA" w14:textId="77777777" w:rsidR="00E404C3" w:rsidRDefault="00A460B9">
            <w:pPr>
              <w:spacing w:after="0"/>
            </w:pPr>
            <w:r>
              <w:rPr>
                <w:sz w:val="16"/>
              </w:rPr>
              <w:t>5 min</w:t>
            </w:r>
          </w:p>
        </w:tc>
        <w:tc>
          <w:tcPr>
            <w:tcW w:w="331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3B410C2" w14:textId="77777777" w:rsidR="00E404C3" w:rsidRDefault="00A460B9">
            <w:pPr>
              <w:spacing w:after="0"/>
            </w:pPr>
            <w:r>
              <w:rPr>
                <w:sz w:val="16"/>
              </w:rPr>
              <w:t>Orders arrive in several formats</w:t>
            </w:r>
          </w:p>
        </w:tc>
      </w:tr>
      <w:tr w:rsidR="00E404C3" w14:paraId="70FCB9B2" w14:textId="77777777">
        <w:trPr>
          <w:jc w:val="center"/>
        </w:trPr>
        <w:tc>
          <w:tcPr>
            <w:tcW w:w="504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9D16981" w14:textId="77777777" w:rsidR="00E404C3" w:rsidRDefault="00A460B9">
            <w:pPr>
              <w:spacing w:after="0"/>
            </w:pPr>
            <w:r>
              <w:rPr>
                <w:sz w:val="16"/>
              </w:rPr>
              <w:t>2</w:t>
            </w:r>
          </w:p>
        </w:tc>
        <w:tc>
          <w:tcPr>
            <w:tcW w:w="1584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1C952A8" w14:textId="77777777" w:rsidR="00E404C3" w:rsidRDefault="00A460B9">
            <w:pPr>
              <w:spacing w:after="0"/>
            </w:pPr>
            <w:r>
              <w:rPr>
                <w:sz w:val="16"/>
              </w:rPr>
              <w:t>Customer Service</w:t>
            </w:r>
          </w:p>
        </w:tc>
        <w:tc>
          <w:tcPr>
            <w:tcW w:w="3024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374B3E0" w14:textId="77777777" w:rsidR="00E404C3" w:rsidRDefault="00A460B9">
            <w:pPr>
              <w:spacing w:after="0"/>
            </w:pPr>
            <w:r>
              <w:rPr>
                <w:sz w:val="16"/>
              </w:rPr>
              <w:t>Validate required information</w:t>
            </w:r>
          </w:p>
        </w:tc>
        <w:tc>
          <w:tcPr>
            <w:tcW w:w="1944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F255EBB" w14:textId="77777777" w:rsidR="00E404C3" w:rsidRDefault="00A460B9">
            <w:pPr>
              <w:spacing w:after="0"/>
            </w:pPr>
            <w:r>
              <w:rPr>
                <w:sz w:val="16"/>
              </w:rPr>
              <w:t>ERP</w:t>
            </w:r>
          </w:p>
        </w:tc>
        <w:tc>
          <w:tcPr>
            <w:tcW w:w="1008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7B01B47" w14:textId="77777777" w:rsidR="00E404C3" w:rsidRDefault="00A460B9">
            <w:pPr>
              <w:spacing w:after="0"/>
            </w:pPr>
            <w:r>
              <w:rPr>
                <w:sz w:val="16"/>
              </w:rPr>
              <w:t>8 min</w:t>
            </w:r>
          </w:p>
        </w:tc>
        <w:tc>
          <w:tcPr>
            <w:tcW w:w="3312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A1349A3" w14:textId="77777777" w:rsidR="00E404C3" w:rsidRDefault="00A460B9">
            <w:pPr>
              <w:spacing w:after="0"/>
            </w:pPr>
            <w:r>
              <w:rPr>
                <w:sz w:val="16"/>
              </w:rPr>
              <w:t>Missing ship-to data causes rework</w:t>
            </w:r>
          </w:p>
        </w:tc>
      </w:tr>
      <w:tr w:rsidR="00E404C3" w14:paraId="590B014D" w14:textId="77777777">
        <w:trPr>
          <w:jc w:val="center"/>
        </w:trPr>
        <w:tc>
          <w:tcPr>
            <w:tcW w:w="50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A6CC672" w14:textId="77777777" w:rsidR="00E404C3" w:rsidRDefault="00A460B9">
            <w:pPr>
              <w:spacing w:after="0"/>
            </w:pPr>
            <w:r>
              <w:rPr>
                <w:sz w:val="16"/>
              </w:rPr>
              <w:t>3</w:t>
            </w:r>
          </w:p>
        </w:tc>
        <w:tc>
          <w:tcPr>
            <w:tcW w:w="158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A05C2BB" w14:textId="77777777" w:rsidR="00E404C3" w:rsidRDefault="00A460B9">
            <w:pPr>
              <w:spacing w:after="0"/>
            </w:pPr>
            <w:r>
              <w:rPr>
                <w:sz w:val="16"/>
              </w:rPr>
              <w:t>Credit / Owner</w:t>
            </w:r>
          </w:p>
        </w:tc>
        <w:tc>
          <w:tcPr>
            <w:tcW w:w="302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A0C4611" w14:textId="77777777" w:rsidR="00E404C3" w:rsidRDefault="00A460B9">
            <w:pPr>
              <w:spacing w:after="0"/>
            </w:pPr>
            <w:r>
              <w:rPr>
                <w:sz w:val="16"/>
              </w:rPr>
              <w:t>Credit approved?</w:t>
            </w:r>
          </w:p>
        </w:tc>
        <w:tc>
          <w:tcPr>
            <w:tcW w:w="194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3E8D49E" w14:textId="77777777" w:rsidR="00E404C3" w:rsidRDefault="00A460B9">
            <w:pPr>
              <w:spacing w:after="0"/>
            </w:pPr>
            <w:r>
              <w:rPr>
                <w:sz w:val="16"/>
              </w:rPr>
              <w:t>ERP / accounting</w:t>
            </w:r>
          </w:p>
        </w:tc>
        <w:tc>
          <w:tcPr>
            <w:tcW w:w="10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6316E18" w14:textId="77777777" w:rsidR="00E404C3" w:rsidRDefault="00A460B9">
            <w:pPr>
              <w:spacing w:after="0"/>
            </w:pPr>
            <w:r>
              <w:rPr>
                <w:sz w:val="16"/>
              </w:rPr>
              <w:t>0–1 day</w:t>
            </w:r>
          </w:p>
        </w:tc>
        <w:tc>
          <w:tcPr>
            <w:tcW w:w="331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1594725" w14:textId="77777777" w:rsidR="00E404C3" w:rsidRDefault="00A460B9">
            <w:pPr>
              <w:spacing w:after="0"/>
            </w:pPr>
            <w:r>
              <w:rPr>
                <w:sz w:val="16"/>
              </w:rPr>
              <w:t>Approval threshold is unclear</w:t>
            </w:r>
          </w:p>
        </w:tc>
      </w:tr>
      <w:tr w:rsidR="00E404C3" w14:paraId="357AD136" w14:textId="77777777">
        <w:trPr>
          <w:jc w:val="center"/>
        </w:trPr>
        <w:tc>
          <w:tcPr>
            <w:tcW w:w="504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63DBCEB" w14:textId="77777777" w:rsidR="00E404C3" w:rsidRDefault="00A460B9">
            <w:pPr>
              <w:spacing w:after="0"/>
            </w:pPr>
            <w:r>
              <w:rPr>
                <w:sz w:val="16"/>
              </w:rPr>
              <w:t>4</w:t>
            </w:r>
          </w:p>
        </w:tc>
        <w:tc>
          <w:tcPr>
            <w:tcW w:w="1584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9854F6C" w14:textId="77777777" w:rsidR="00E404C3" w:rsidRDefault="00A460B9">
            <w:pPr>
              <w:spacing w:after="0"/>
            </w:pPr>
            <w:r>
              <w:rPr>
                <w:sz w:val="16"/>
              </w:rPr>
              <w:t>Planning</w:t>
            </w:r>
          </w:p>
        </w:tc>
        <w:tc>
          <w:tcPr>
            <w:tcW w:w="3024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A44CA15" w14:textId="77777777" w:rsidR="00E404C3" w:rsidRDefault="00A460B9">
            <w:pPr>
              <w:spacing w:after="0"/>
            </w:pPr>
            <w:r>
              <w:rPr>
                <w:sz w:val="16"/>
              </w:rPr>
              <w:t>Check stock and capacity</w:t>
            </w:r>
          </w:p>
        </w:tc>
        <w:tc>
          <w:tcPr>
            <w:tcW w:w="1944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C097E63" w14:textId="77777777" w:rsidR="00E404C3" w:rsidRDefault="00A460B9">
            <w:pPr>
              <w:spacing w:after="0"/>
            </w:pPr>
            <w:r>
              <w:rPr>
                <w:sz w:val="16"/>
              </w:rPr>
              <w:t>ERP / schedule</w:t>
            </w:r>
          </w:p>
        </w:tc>
        <w:tc>
          <w:tcPr>
            <w:tcW w:w="1008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3429859" w14:textId="77777777" w:rsidR="00E404C3" w:rsidRDefault="00A460B9">
            <w:pPr>
              <w:spacing w:after="0"/>
            </w:pPr>
            <w:r>
              <w:rPr>
                <w:sz w:val="16"/>
              </w:rPr>
              <w:t>15 min</w:t>
            </w:r>
          </w:p>
        </w:tc>
        <w:tc>
          <w:tcPr>
            <w:tcW w:w="3312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CDB55E3" w14:textId="77777777" w:rsidR="00E404C3" w:rsidRDefault="00A460B9">
            <w:pPr>
              <w:spacing w:after="0"/>
            </w:pPr>
            <w:r>
              <w:rPr>
                <w:sz w:val="16"/>
              </w:rPr>
              <w:t>Inventory may not match physical stock</w:t>
            </w:r>
          </w:p>
        </w:tc>
      </w:tr>
      <w:tr w:rsidR="00E404C3" w14:paraId="4CD6E1E2" w14:textId="77777777">
        <w:trPr>
          <w:jc w:val="center"/>
        </w:trPr>
        <w:tc>
          <w:tcPr>
            <w:tcW w:w="50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3B8E640" w14:textId="77777777" w:rsidR="00E404C3" w:rsidRDefault="00A460B9">
            <w:pPr>
              <w:spacing w:after="0"/>
            </w:pPr>
            <w:r>
              <w:rPr>
                <w:sz w:val="16"/>
              </w:rPr>
              <w:t>5</w:t>
            </w:r>
          </w:p>
        </w:tc>
        <w:tc>
          <w:tcPr>
            <w:tcW w:w="158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765F2BA" w14:textId="77777777" w:rsidR="00E404C3" w:rsidRDefault="00A460B9">
            <w:pPr>
              <w:spacing w:after="0"/>
            </w:pPr>
            <w:r>
              <w:rPr>
                <w:sz w:val="16"/>
              </w:rPr>
              <w:t>Production</w:t>
            </w:r>
          </w:p>
        </w:tc>
        <w:tc>
          <w:tcPr>
            <w:tcW w:w="302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D1D9C5F" w14:textId="77777777" w:rsidR="00E404C3" w:rsidRDefault="00A460B9">
            <w:pPr>
              <w:spacing w:after="0"/>
            </w:pPr>
            <w:r>
              <w:rPr>
                <w:sz w:val="16"/>
              </w:rPr>
              <w:t>Produce or pick order</w:t>
            </w:r>
          </w:p>
        </w:tc>
        <w:tc>
          <w:tcPr>
            <w:tcW w:w="194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40490F9" w14:textId="77777777" w:rsidR="00E404C3" w:rsidRDefault="00A460B9">
            <w:pPr>
              <w:spacing w:after="0"/>
            </w:pPr>
            <w:r>
              <w:rPr>
                <w:sz w:val="16"/>
              </w:rPr>
              <w:t>Work order</w:t>
            </w:r>
          </w:p>
        </w:tc>
        <w:tc>
          <w:tcPr>
            <w:tcW w:w="10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E3A7D97" w14:textId="77777777" w:rsidR="00E404C3" w:rsidRDefault="00A460B9">
            <w:pPr>
              <w:spacing w:after="0"/>
            </w:pPr>
            <w:r>
              <w:rPr>
                <w:sz w:val="16"/>
              </w:rPr>
              <w:t>1–3 days</w:t>
            </w:r>
          </w:p>
        </w:tc>
        <w:tc>
          <w:tcPr>
            <w:tcW w:w="331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4F10198" w14:textId="77777777" w:rsidR="00E404C3" w:rsidRDefault="00A460B9">
            <w:pPr>
              <w:spacing w:after="0"/>
            </w:pPr>
            <w:r>
              <w:rPr>
                <w:sz w:val="16"/>
              </w:rPr>
              <w:t>Priority changes interrupt flow</w:t>
            </w:r>
          </w:p>
        </w:tc>
      </w:tr>
      <w:tr w:rsidR="00E404C3" w14:paraId="2F73AA8D" w14:textId="77777777">
        <w:trPr>
          <w:jc w:val="center"/>
        </w:trPr>
        <w:tc>
          <w:tcPr>
            <w:tcW w:w="504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AA487BF" w14:textId="77777777" w:rsidR="00E404C3" w:rsidRDefault="00A460B9">
            <w:pPr>
              <w:spacing w:after="0"/>
            </w:pPr>
            <w:r>
              <w:rPr>
                <w:sz w:val="16"/>
              </w:rPr>
              <w:t>6</w:t>
            </w:r>
          </w:p>
        </w:tc>
        <w:tc>
          <w:tcPr>
            <w:tcW w:w="1584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4F892C3" w14:textId="77777777" w:rsidR="00E404C3" w:rsidRDefault="00A460B9">
            <w:pPr>
              <w:spacing w:after="0"/>
            </w:pPr>
            <w:r>
              <w:rPr>
                <w:sz w:val="16"/>
              </w:rPr>
              <w:t>Quality</w:t>
            </w:r>
          </w:p>
        </w:tc>
        <w:tc>
          <w:tcPr>
            <w:tcW w:w="3024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F231DA8" w14:textId="77777777" w:rsidR="00E404C3" w:rsidRDefault="00A460B9">
            <w:pPr>
              <w:spacing w:after="0"/>
            </w:pPr>
            <w:r>
              <w:rPr>
                <w:sz w:val="16"/>
              </w:rPr>
              <w:t>Inspect and release</w:t>
            </w:r>
          </w:p>
        </w:tc>
        <w:tc>
          <w:tcPr>
            <w:tcW w:w="1944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1356F33" w14:textId="77777777" w:rsidR="00E404C3" w:rsidRDefault="00A460B9">
            <w:pPr>
              <w:spacing w:after="0"/>
            </w:pPr>
            <w:r>
              <w:rPr>
                <w:sz w:val="16"/>
              </w:rPr>
              <w:t>Inspection record</w:t>
            </w:r>
          </w:p>
        </w:tc>
        <w:tc>
          <w:tcPr>
            <w:tcW w:w="1008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9F7E813" w14:textId="77777777" w:rsidR="00E404C3" w:rsidRDefault="00A460B9">
            <w:pPr>
              <w:spacing w:after="0"/>
            </w:pPr>
            <w:r>
              <w:rPr>
                <w:sz w:val="16"/>
              </w:rPr>
              <w:t>20 min</w:t>
            </w:r>
          </w:p>
        </w:tc>
        <w:tc>
          <w:tcPr>
            <w:tcW w:w="3312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68ECDA3" w14:textId="77777777" w:rsidR="00E404C3" w:rsidRDefault="00A460B9">
            <w:pPr>
              <w:spacing w:after="0"/>
            </w:pPr>
            <w:r>
              <w:rPr>
                <w:sz w:val="16"/>
              </w:rPr>
              <w:t>Duplicate manual entry</w:t>
            </w:r>
          </w:p>
        </w:tc>
      </w:tr>
      <w:tr w:rsidR="00E404C3" w14:paraId="06B31DB9" w14:textId="77777777">
        <w:trPr>
          <w:jc w:val="center"/>
        </w:trPr>
        <w:tc>
          <w:tcPr>
            <w:tcW w:w="50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362AFE1" w14:textId="77777777" w:rsidR="00E404C3" w:rsidRDefault="00A460B9">
            <w:pPr>
              <w:spacing w:after="0"/>
            </w:pPr>
            <w:r>
              <w:rPr>
                <w:sz w:val="16"/>
              </w:rPr>
              <w:t>7</w:t>
            </w:r>
          </w:p>
        </w:tc>
        <w:tc>
          <w:tcPr>
            <w:tcW w:w="158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C01F73E" w14:textId="77777777" w:rsidR="00E404C3" w:rsidRDefault="00A460B9">
            <w:pPr>
              <w:spacing w:after="0"/>
            </w:pPr>
            <w:r>
              <w:rPr>
                <w:sz w:val="16"/>
              </w:rPr>
              <w:t>Shipping</w:t>
            </w:r>
          </w:p>
        </w:tc>
        <w:tc>
          <w:tcPr>
            <w:tcW w:w="302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27701AD" w14:textId="77777777" w:rsidR="00E404C3" w:rsidRDefault="00A460B9">
            <w:pPr>
              <w:spacing w:after="0"/>
            </w:pPr>
            <w:r>
              <w:rPr>
                <w:sz w:val="16"/>
              </w:rPr>
              <w:t>Pack, label, and ship</w:t>
            </w:r>
          </w:p>
        </w:tc>
        <w:tc>
          <w:tcPr>
            <w:tcW w:w="194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A88494D" w14:textId="77777777" w:rsidR="00E404C3" w:rsidRDefault="00A460B9">
            <w:pPr>
              <w:spacing w:after="0"/>
            </w:pPr>
            <w:r>
              <w:rPr>
                <w:sz w:val="16"/>
              </w:rPr>
              <w:t>Carrier portal / ERP</w:t>
            </w:r>
          </w:p>
        </w:tc>
        <w:tc>
          <w:tcPr>
            <w:tcW w:w="10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970E7C3" w14:textId="77777777" w:rsidR="00E404C3" w:rsidRDefault="00A460B9">
            <w:pPr>
              <w:spacing w:after="0"/>
            </w:pPr>
            <w:r>
              <w:rPr>
                <w:sz w:val="16"/>
              </w:rPr>
              <w:t>25 min</w:t>
            </w:r>
          </w:p>
        </w:tc>
        <w:tc>
          <w:tcPr>
            <w:tcW w:w="331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B78070C" w14:textId="77777777" w:rsidR="00E404C3" w:rsidRDefault="00A460B9">
            <w:pPr>
              <w:spacing w:after="0"/>
            </w:pPr>
            <w:r>
              <w:rPr>
                <w:sz w:val="16"/>
              </w:rPr>
              <w:t>Tracking is copied manually</w:t>
            </w:r>
          </w:p>
        </w:tc>
      </w:tr>
      <w:tr w:rsidR="00E404C3" w14:paraId="3B6C1353" w14:textId="77777777">
        <w:trPr>
          <w:jc w:val="center"/>
        </w:trPr>
        <w:tc>
          <w:tcPr>
            <w:tcW w:w="504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087E4D3" w14:textId="77777777" w:rsidR="00E404C3" w:rsidRDefault="00A460B9">
            <w:pPr>
              <w:spacing w:after="0"/>
            </w:pPr>
            <w:r>
              <w:rPr>
                <w:sz w:val="16"/>
              </w:rPr>
              <w:t>8</w:t>
            </w:r>
          </w:p>
        </w:tc>
        <w:tc>
          <w:tcPr>
            <w:tcW w:w="1584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8624959" w14:textId="77777777" w:rsidR="00E404C3" w:rsidRDefault="00A460B9">
            <w:pPr>
              <w:spacing w:after="0"/>
            </w:pPr>
            <w:r>
              <w:rPr>
                <w:sz w:val="16"/>
              </w:rPr>
              <w:t>Customer Service</w:t>
            </w:r>
          </w:p>
        </w:tc>
        <w:tc>
          <w:tcPr>
            <w:tcW w:w="3024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DA494E1" w14:textId="77777777" w:rsidR="00E404C3" w:rsidRDefault="00A460B9">
            <w:pPr>
              <w:spacing w:after="0"/>
            </w:pPr>
            <w:r>
              <w:rPr>
                <w:sz w:val="16"/>
              </w:rPr>
              <w:t>Send confirmation</w:t>
            </w:r>
          </w:p>
        </w:tc>
        <w:tc>
          <w:tcPr>
            <w:tcW w:w="1944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DF04264" w14:textId="77777777" w:rsidR="00E404C3" w:rsidRDefault="00A460B9">
            <w:pPr>
              <w:spacing w:after="0"/>
            </w:pPr>
            <w:r>
              <w:rPr>
                <w:sz w:val="16"/>
              </w:rPr>
              <w:t>Email</w:t>
            </w:r>
          </w:p>
        </w:tc>
        <w:tc>
          <w:tcPr>
            <w:tcW w:w="1008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30018C" w14:textId="77777777" w:rsidR="00E404C3" w:rsidRDefault="00A460B9">
            <w:pPr>
              <w:spacing w:after="0"/>
            </w:pPr>
            <w:r>
              <w:rPr>
                <w:sz w:val="16"/>
              </w:rPr>
              <w:t>5 min</w:t>
            </w:r>
          </w:p>
        </w:tc>
        <w:tc>
          <w:tcPr>
            <w:tcW w:w="3312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DB81E38" w14:textId="77777777" w:rsidR="00E404C3" w:rsidRDefault="00A460B9">
            <w:pPr>
              <w:spacing w:after="0"/>
            </w:pPr>
            <w:r>
              <w:rPr>
                <w:sz w:val="16"/>
              </w:rPr>
              <w:t>Could be automated</w:t>
            </w:r>
          </w:p>
        </w:tc>
      </w:tr>
    </w:tbl>
    <w:p w14:paraId="3C2E2DD8" w14:textId="77777777" w:rsidR="00E404C3" w:rsidRDefault="00E404C3">
      <w:pPr>
        <w:spacing w:after="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24"/>
      </w:tblGrid>
      <w:tr w:rsidR="00E404C3" w14:paraId="582F780B" w14:textId="77777777">
        <w:trPr>
          <w:jc w:val="center"/>
        </w:trPr>
        <w:tc>
          <w:tcPr>
            <w:tcW w:w="10224" w:type="dxa"/>
            <w:shd w:val="clear" w:color="auto" w:fill="EFF4F7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52A19760" w14:textId="77777777" w:rsidR="00E404C3" w:rsidRDefault="00A460B9">
            <w:pPr>
              <w:spacing w:after="80"/>
            </w:pPr>
            <w:r>
              <w:rPr>
                <w:b/>
                <w:color w:val="2F7F7A"/>
                <w:sz w:val="18"/>
              </w:rPr>
              <w:t>EXAMPLE IMPROVEMENT TARGET</w:t>
            </w:r>
          </w:p>
          <w:p w14:paraId="1C392AE6" w14:textId="77777777" w:rsidR="00E404C3" w:rsidRDefault="00A460B9">
            <w:pPr>
              <w:spacing w:after="0" w:line="259" w:lineRule="auto"/>
            </w:pPr>
            <w:r>
              <w:rPr>
                <w:sz w:val="18"/>
              </w:rPr>
              <w:t>Reduce order-entry rework by standardizing required fields, define a credit-approval threshold, and automate shipment confirmation. Track order-to-release lead time and first-pass completeness.</w:t>
            </w:r>
          </w:p>
        </w:tc>
      </w:tr>
    </w:tbl>
    <w:p w14:paraId="301D2A92" w14:textId="77777777" w:rsidR="00E404C3" w:rsidRDefault="00A460B9">
      <w:r>
        <w:br w:type="page"/>
      </w:r>
    </w:p>
    <w:p w14:paraId="69F6DE15" w14:textId="77777777" w:rsidR="00E404C3" w:rsidRDefault="00A460B9">
      <w:pPr>
        <w:pStyle w:val="Heading1"/>
      </w:pPr>
      <w:r>
        <w:lastRenderedPageBreak/>
        <w:t>Blank current-state process map</w:t>
      </w:r>
    </w:p>
    <w:p w14:paraId="3EB2AA90" w14:textId="77777777" w:rsidR="00E404C3" w:rsidRDefault="00A460B9">
      <w:r>
        <w:t>Process name: __________________________________   Process owner: ______________________________</w:t>
      </w:r>
    </w:p>
    <w:p w14:paraId="67463578" w14:textId="77777777" w:rsidR="00E404C3" w:rsidRDefault="00A460B9">
      <w:r>
        <w:t>Start trigger: __________________________________   End result: __________________________________</w:t>
      </w:r>
    </w:p>
    <w:p w14:paraId="0B7E30A9" w14:textId="77777777" w:rsidR="00E404C3" w:rsidRDefault="00A460B9">
      <w:r>
        <w:t>Customer / recipient: ___________________________   Date mapped: _________________________________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58"/>
        <w:gridCol w:w="1213"/>
        <w:gridCol w:w="1877"/>
        <w:gridCol w:w="1228"/>
        <w:gridCol w:w="1265"/>
        <w:gridCol w:w="1274"/>
        <w:gridCol w:w="1062"/>
        <w:gridCol w:w="2087"/>
      </w:tblGrid>
      <w:tr w:rsidR="00E404C3" w14:paraId="0229FB8D" w14:textId="77777777">
        <w:trPr>
          <w:tblHeader/>
          <w:jc w:val="center"/>
        </w:trPr>
        <w:tc>
          <w:tcPr>
            <w:tcW w:w="504" w:type="dxa"/>
            <w:shd w:val="clear" w:color="auto" w:fill="17324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31D84BC" w14:textId="77777777" w:rsidR="00E404C3" w:rsidRDefault="00A460B9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#</w:t>
            </w:r>
          </w:p>
        </w:tc>
        <w:tc>
          <w:tcPr>
            <w:tcW w:w="1440" w:type="dxa"/>
            <w:shd w:val="clear" w:color="auto" w:fill="17324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E79E2C3" w14:textId="77777777" w:rsidR="00E404C3" w:rsidRDefault="00A460B9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Role / lane</w:t>
            </w:r>
          </w:p>
        </w:tc>
        <w:tc>
          <w:tcPr>
            <w:tcW w:w="2232" w:type="dxa"/>
            <w:shd w:val="clear" w:color="auto" w:fill="17324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4FD0ABD" w14:textId="77777777" w:rsidR="00E404C3" w:rsidRDefault="00A460B9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Step or decision</w:t>
            </w:r>
          </w:p>
        </w:tc>
        <w:tc>
          <w:tcPr>
            <w:tcW w:w="1440" w:type="dxa"/>
            <w:shd w:val="clear" w:color="auto" w:fill="17324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A91D279" w14:textId="77777777" w:rsidR="00E404C3" w:rsidRDefault="00A460B9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Input</w:t>
            </w:r>
          </w:p>
        </w:tc>
        <w:tc>
          <w:tcPr>
            <w:tcW w:w="1440" w:type="dxa"/>
            <w:shd w:val="clear" w:color="auto" w:fill="17324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7442F52" w14:textId="77777777" w:rsidR="00E404C3" w:rsidRDefault="00A460B9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Output</w:t>
            </w:r>
          </w:p>
        </w:tc>
        <w:tc>
          <w:tcPr>
            <w:tcW w:w="1440" w:type="dxa"/>
            <w:shd w:val="clear" w:color="auto" w:fill="17324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DD81B94" w14:textId="77777777" w:rsidR="00E404C3" w:rsidRDefault="00A460B9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System / tool</w:t>
            </w:r>
          </w:p>
        </w:tc>
        <w:tc>
          <w:tcPr>
            <w:tcW w:w="1224" w:type="dxa"/>
            <w:shd w:val="clear" w:color="auto" w:fill="17324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6A6DED9" w14:textId="77777777" w:rsidR="00E404C3" w:rsidRDefault="00A460B9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Time / wait</w:t>
            </w:r>
          </w:p>
        </w:tc>
        <w:tc>
          <w:tcPr>
            <w:tcW w:w="2520" w:type="dxa"/>
            <w:shd w:val="clear" w:color="auto" w:fill="17324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ABFFBC2" w14:textId="77777777" w:rsidR="00E404C3" w:rsidRDefault="00A460B9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Problem or risk</w:t>
            </w:r>
          </w:p>
        </w:tc>
      </w:tr>
      <w:tr w:rsidR="00E404C3" w14:paraId="6D5ECBFA" w14:textId="77777777">
        <w:trPr>
          <w:jc w:val="center"/>
        </w:trPr>
        <w:tc>
          <w:tcPr>
            <w:tcW w:w="50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FA3FAEF" w14:textId="77777777" w:rsidR="00E404C3" w:rsidRDefault="00E404C3">
            <w:pPr>
              <w:spacing w:after="0"/>
            </w:pPr>
          </w:p>
        </w:tc>
        <w:tc>
          <w:tcPr>
            <w:tcW w:w="14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0DE6AD4" w14:textId="77777777" w:rsidR="00E404C3" w:rsidRDefault="00E404C3">
            <w:pPr>
              <w:spacing w:after="0"/>
            </w:pPr>
          </w:p>
        </w:tc>
        <w:tc>
          <w:tcPr>
            <w:tcW w:w="223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FB54D37" w14:textId="77777777" w:rsidR="00E404C3" w:rsidRDefault="00E404C3">
            <w:pPr>
              <w:spacing w:after="0"/>
            </w:pPr>
          </w:p>
        </w:tc>
        <w:tc>
          <w:tcPr>
            <w:tcW w:w="14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95FF6C0" w14:textId="77777777" w:rsidR="00E404C3" w:rsidRDefault="00E404C3">
            <w:pPr>
              <w:spacing w:after="0"/>
            </w:pPr>
          </w:p>
        </w:tc>
        <w:tc>
          <w:tcPr>
            <w:tcW w:w="14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189C6F7" w14:textId="77777777" w:rsidR="00E404C3" w:rsidRDefault="00E404C3">
            <w:pPr>
              <w:spacing w:after="0"/>
            </w:pPr>
          </w:p>
        </w:tc>
        <w:tc>
          <w:tcPr>
            <w:tcW w:w="14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DA2D9CE" w14:textId="77777777" w:rsidR="00E404C3" w:rsidRDefault="00E404C3">
            <w:pPr>
              <w:spacing w:after="0"/>
            </w:pPr>
          </w:p>
        </w:tc>
        <w:tc>
          <w:tcPr>
            <w:tcW w:w="122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B8A9923" w14:textId="77777777" w:rsidR="00E404C3" w:rsidRDefault="00E404C3">
            <w:pPr>
              <w:spacing w:after="0"/>
            </w:pPr>
          </w:p>
        </w:tc>
        <w:tc>
          <w:tcPr>
            <w:tcW w:w="252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F21C3BC" w14:textId="77777777" w:rsidR="00E404C3" w:rsidRDefault="00E404C3">
            <w:pPr>
              <w:spacing w:after="0"/>
            </w:pPr>
          </w:p>
        </w:tc>
      </w:tr>
      <w:tr w:rsidR="00E404C3" w14:paraId="45EFDAD2" w14:textId="77777777">
        <w:trPr>
          <w:jc w:val="center"/>
        </w:trPr>
        <w:tc>
          <w:tcPr>
            <w:tcW w:w="504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8C41700" w14:textId="77777777" w:rsidR="00E404C3" w:rsidRDefault="00E404C3">
            <w:pPr>
              <w:spacing w:after="0"/>
            </w:pPr>
          </w:p>
        </w:tc>
        <w:tc>
          <w:tcPr>
            <w:tcW w:w="1440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5B34B78" w14:textId="77777777" w:rsidR="00E404C3" w:rsidRDefault="00E404C3">
            <w:pPr>
              <w:spacing w:after="0"/>
            </w:pPr>
          </w:p>
        </w:tc>
        <w:tc>
          <w:tcPr>
            <w:tcW w:w="2232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A6306B9" w14:textId="77777777" w:rsidR="00E404C3" w:rsidRDefault="00E404C3">
            <w:pPr>
              <w:spacing w:after="0"/>
            </w:pPr>
          </w:p>
        </w:tc>
        <w:tc>
          <w:tcPr>
            <w:tcW w:w="1440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405AFAA" w14:textId="77777777" w:rsidR="00E404C3" w:rsidRDefault="00E404C3">
            <w:pPr>
              <w:spacing w:after="0"/>
            </w:pPr>
          </w:p>
        </w:tc>
        <w:tc>
          <w:tcPr>
            <w:tcW w:w="1440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930D909" w14:textId="77777777" w:rsidR="00E404C3" w:rsidRDefault="00E404C3">
            <w:pPr>
              <w:spacing w:after="0"/>
            </w:pPr>
          </w:p>
        </w:tc>
        <w:tc>
          <w:tcPr>
            <w:tcW w:w="1440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20304AA" w14:textId="77777777" w:rsidR="00E404C3" w:rsidRDefault="00E404C3">
            <w:pPr>
              <w:spacing w:after="0"/>
            </w:pPr>
          </w:p>
        </w:tc>
        <w:tc>
          <w:tcPr>
            <w:tcW w:w="1224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8D6B1CA" w14:textId="77777777" w:rsidR="00E404C3" w:rsidRDefault="00E404C3">
            <w:pPr>
              <w:spacing w:after="0"/>
            </w:pPr>
          </w:p>
        </w:tc>
        <w:tc>
          <w:tcPr>
            <w:tcW w:w="2520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F6F8FE4" w14:textId="77777777" w:rsidR="00E404C3" w:rsidRDefault="00E404C3">
            <w:pPr>
              <w:spacing w:after="0"/>
            </w:pPr>
          </w:p>
        </w:tc>
      </w:tr>
      <w:tr w:rsidR="00E404C3" w14:paraId="5962484A" w14:textId="77777777">
        <w:trPr>
          <w:jc w:val="center"/>
        </w:trPr>
        <w:tc>
          <w:tcPr>
            <w:tcW w:w="50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DAA7E96" w14:textId="77777777" w:rsidR="00E404C3" w:rsidRDefault="00E404C3">
            <w:pPr>
              <w:spacing w:after="0"/>
            </w:pPr>
          </w:p>
        </w:tc>
        <w:tc>
          <w:tcPr>
            <w:tcW w:w="14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0C7013B" w14:textId="77777777" w:rsidR="00E404C3" w:rsidRDefault="00E404C3">
            <w:pPr>
              <w:spacing w:after="0"/>
            </w:pPr>
          </w:p>
        </w:tc>
        <w:tc>
          <w:tcPr>
            <w:tcW w:w="223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D870BE0" w14:textId="77777777" w:rsidR="00E404C3" w:rsidRDefault="00E404C3">
            <w:pPr>
              <w:spacing w:after="0"/>
            </w:pPr>
          </w:p>
        </w:tc>
        <w:tc>
          <w:tcPr>
            <w:tcW w:w="14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0DF693E" w14:textId="77777777" w:rsidR="00E404C3" w:rsidRDefault="00E404C3">
            <w:pPr>
              <w:spacing w:after="0"/>
            </w:pPr>
          </w:p>
        </w:tc>
        <w:tc>
          <w:tcPr>
            <w:tcW w:w="14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5D53356" w14:textId="77777777" w:rsidR="00E404C3" w:rsidRDefault="00E404C3">
            <w:pPr>
              <w:spacing w:after="0"/>
            </w:pPr>
          </w:p>
        </w:tc>
        <w:tc>
          <w:tcPr>
            <w:tcW w:w="14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F1F2C7A" w14:textId="77777777" w:rsidR="00E404C3" w:rsidRDefault="00E404C3">
            <w:pPr>
              <w:spacing w:after="0"/>
            </w:pPr>
          </w:p>
        </w:tc>
        <w:tc>
          <w:tcPr>
            <w:tcW w:w="122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9FA3409" w14:textId="77777777" w:rsidR="00E404C3" w:rsidRDefault="00E404C3">
            <w:pPr>
              <w:spacing w:after="0"/>
            </w:pPr>
          </w:p>
        </w:tc>
        <w:tc>
          <w:tcPr>
            <w:tcW w:w="252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EAB36CE" w14:textId="77777777" w:rsidR="00E404C3" w:rsidRDefault="00E404C3">
            <w:pPr>
              <w:spacing w:after="0"/>
            </w:pPr>
          </w:p>
        </w:tc>
      </w:tr>
      <w:tr w:rsidR="00E404C3" w14:paraId="188FDB3E" w14:textId="77777777">
        <w:trPr>
          <w:jc w:val="center"/>
        </w:trPr>
        <w:tc>
          <w:tcPr>
            <w:tcW w:w="504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A7C155A" w14:textId="77777777" w:rsidR="00E404C3" w:rsidRDefault="00E404C3">
            <w:pPr>
              <w:spacing w:after="0"/>
            </w:pPr>
          </w:p>
        </w:tc>
        <w:tc>
          <w:tcPr>
            <w:tcW w:w="1440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54BE8B2" w14:textId="77777777" w:rsidR="00E404C3" w:rsidRDefault="00E404C3">
            <w:pPr>
              <w:spacing w:after="0"/>
            </w:pPr>
          </w:p>
        </w:tc>
        <w:tc>
          <w:tcPr>
            <w:tcW w:w="2232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C2AEE0B" w14:textId="77777777" w:rsidR="00E404C3" w:rsidRDefault="00E404C3">
            <w:pPr>
              <w:spacing w:after="0"/>
            </w:pPr>
          </w:p>
        </w:tc>
        <w:tc>
          <w:tcPr>
            <w:tcW w:w="1440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5FB2618" w14:textId="77777777" w:rsidR="00E404C3" w:rsidRDefault="00E404C3">
            <w:pPr>
              <w:spacing w:after="0"/>
            </w:pPr>
          </w:p>
        </w:tc>
        <w:tc>
          <w:tcPr>
            <w:tcW w:w="1440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EF11134" w14:textId="77777777" w:rsidR="00E404C3" w:rsidRDefault="00E404C3">
            <w:pPr>
              <w:spacing w:after="0"/>
            </w:pPr>
          </w:p>
        </w:tc>
        <w:tc>
          <w:tcPr>
            <w:tcW w:w="1440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12DD15A" w14:textId="77777777" w:rsidR="00E404C3" w:rsidRDefault="00E404C3">
            <w:pPr>
              <w:spacing w:after="0"/>
            </w:pPr>
          </w:p>
        </w:tc>
        <w:tc>
          <w:tcPr>
            <w:tcW w:w="1224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5C56541" w14:textId="77777777" w:rsidR="00E404C3" w:rsidRDefault="00E404C3">
            <w:pPr>
              <w:spacing w:after="0"/>
            </w:pPr>
          </w:p>
        </w:tc>
        <w:tc>
          <w:tcPr>
            <w:tcW w:w="2520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0CA363E" w14:textId="77777777" w:rsidR="00E404C3" w:rsidRDefault="00E404C3">
            <w:pPr>
              <w:spacing w:after="0"/>
            </w:pPr>
          </w:p>
        </w:tc>
      </w:tr>
      <w:tr w:rsidR="00E404C3" w14:paraId="75E087B8" w14:textId="77777777">
        <w:trPr>
          <w:jc w:val="center"/>
        </w:trPr>
        <w:tc>
          <w:tcPr>
            <w:tcW w:w="50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1DA9098" w14:textId="77777777" w:rsidR="00E404C3" w:rsidRDefault="00E404C3">
            <w:pPr>
              <w:spacing w:after="0"/>
            </w:pPr>
          </w:p>
        </w:tc>
        <w:tc>
          <w:tcPr>
            <w:tcW w:w="14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8EA0478" w14:textId="77777777" w:rsidR="00E404C3" w:rsidRDefault="00E404C3">
            <w:pPr>
              <w:spacing w:after="0"/>
            </w:pPr>
          </w:p>
        </w:tc>
        <w:tc>
          <w:tcPr>
            <w:tcW w:w="223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4BA1CA0" w14:textId="77777777" w:rsidR="00E404C3" w:rsidRDefault="00E404C3">
            <w:pPr>
              <w:spacing w:after="0"/>
            </w:pPr>
          </w:p>
        </w:tc>
        <w:tc>
          <w:tcPr>
            <w:tcW w:w="14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2E90655" w14:textId="77777777" w:rsidR="00E404C3" w:rsidRDefault="00E404C3">
            <w:pPr>
              <w:spacing w:after="0"/>
            </w:pPr>
          </w:p>
        </w:tc>
        <w:tc>
          <w:tcPr>
            <w:tcW w:w="14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0A4CD69" w14:textId="77777777" w:rsidR="00E404C3" w:rsidRDefault="00E404C3">
            <w:pPr>
              <w:spacing w:after="0"/>
            </w:pPr>
          </w:p>
        </w:tc>
        <w:tc>
          <w:tcPr>
            <w:tcW w:w="14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D690983" w14:textId="77777777" w:rsidR="00E404C3" w:rsidRDefault="00E404C3">
            <w:pPr>
              <w:spacing w:after="0"/>
            </w:pPr>
          </w:p>
        </w:tc>
        <w:tc>
          <w:tcPr>
            <w:tcW w:w="122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19ED4A9" w14:textId="77777777" w:rsidR="00E404C3" w:rsidRDefault="00E404C3">
            <w:pPr>
              <w:spacing w:after="0"/>
            </w:pPr>
          </w:p>
        </w:tc>
        <w:tc>
          <w:tcPr>
            <w:tcW w:w="252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5512AB6" w14:textId="77777777" w:rsidR="00E404C3" w:rsidRDefault="00E404C3">
            <w:pPr>
              <w:spacing w:after="0"/>
            </w:pPr>
          </w:p>
        </w:tc>
      </w:tr>
      <w:tr w:rsidR="00E404C3" w14:paraId="5FFE4A7F" w14:textId="77777777">
        <w:trPr>
          <w:jc w:val="center"/>
        </w:trPr>
        <w:tc>
          <w:tcPr>
            <w:tcW w:w="504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1C3847F" w14:textId="77777777" w:rsidR="00E404C3" w:rsidRDefault="00E404C3">
            <w:pPr>
              <w:spacing w:after="0"/>
            </w:pPr>
          </w:p>
        </w:tc>
        <w:tc>
          <w:tcPr>
            <w:tcW w:w="1440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4BED049" w14:textId="77777777" w:rsidR="00E404C3" w:rsidRDefault="00E404C3">
            <w:pPr>
              <w:spacing w:after="0"/>
            </w:pPr>
          </w:p>
        </w:tc>
        <w:tc>
          <w:tcPr>
            <w:tcW w:w="2232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7493353" w14:textId="77777777" w:rsidR="00E404C3" w:rsidRDefault="00E404C3">
            <w:pPr>
              <w:spacing w:after="0"/>
            </w:pPr>
          </w:p>
        </w:tc>
        <w:tc>
          <w:tcPr>
            <w:tcW w:w="1440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E42B079" w14:textId="77777777" w:rsidR="00E404C3" w:rsidRDefault="00E404C3">
            <w:pPr>
              <w:spacing w:after="0"/>
            </w:pPr>
          </w:p>
        </w:tc>
        <w:tc>
          <w:tcPr>
            <w:tcW w:w="1440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F78EA13" w14:textId="77777777" w:rsidR="00E404C3" w:rsidRDefault="00E404C3">
            <w:pPr>
              <w:spacing w:after="0"/>
            </w:pPr>
          </w:p>
        </w:tc>
        <w:tc>
          <w:tcPr>
            <w:tcW w:w="1440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CB8A5C1" w14:textId="77777777" w:rsidR="00E404C3" w:rsidRDefault="00E404C3">
            <w:pPr>
              <w:spacing w:after="0"/>
            </w:pPr>
          </w:p>
        </w:tc>
        <w:tc>
          <w:tcPr>
            <w:tcW w:w="1224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2BBC88F" w14:textId="77777777" w:rsidR="00E404C3" w:rsidRDefault="00E404C3">
            <w:pPr>
              <w:spacing w:after="0"/>
            </w:pPr>
          </w:p>
        </w:tc>
        <w:tc>
          <w:tcPr>
            <w:tcW w:w="2520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90A0213" w14:textId="77777777" w:rsidR="00E404C3" w:rsidRDefault="00E404C3">
            <w:pPr>
              <w:spacing w:after="0"/>
            </w:pPr>
          </w:p>
        </w:tc>
      </w:tr>
      <w:tr w:rsidR="00E404C3" w14:paraId="2337180F" w14:textId="77777777">
        <w:trPr>
          <w:jc w:val="center"/>
        </w:trPr>
        <w:tc>
          <w:tcPr>
            <w:tcW w:w="50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97CE1CC" w14:textId="77777777" w:rsidR="00E404C3" w:rsidRDefault="00E404C3">
            <w:pPr>
              <w:spacing w:after="0"/>
            </w:pPr>
          </w:p>
        </w:tc>
        <w:tc>
          <w:tcPr>
            <w:tcW w:w="14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6EF2C06" w14:textId="77777777" w:rsidR="00E404C3" w:rsidRDefault="00E404C3">
            <w:pPr>
              <w:spacing w:after="0"/>
            </w:pPr>
          </w:p>
        </w:tc>
        <w:tc>
          <w:tcPr>
            <w:tcW w:w="223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0789EA6" w14:textId="77777777" w:rsidR="00E404C3" w:rsidRDefault="00E404C3">
            <w:pPr>
              <w:spacing w:after="0"/>
            </w:pPr>
          </w:p>
        </w:tc>
        <w:tc>
          <w:tcPr>
            <w:tcW w:w="14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E6B102F" w14:textId="77777777" w:rsidR="00E404C3" w:rsidRDefault="00E404C3">
            <w:pPr>
              <w:spacing w:after="0"/>
            </w:pPr>
          </w:p>
        </w:tc>
        <w:tc>
          <w:tcPr>
            <w:tcW w:w="14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C58B8A8" w14:textId="77777777" w:rsidR="00E404C3" w:rsidRDefault="00E404C3">
            <w:pPr>
              <w:spacing w:after="0"/>
            </w:pPr>
          </w:p>
        </w:tc>
        <w:tc>
          <w:tcPr>
            <w:tcW w:w="14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2B10036" w14:textId="77777777" w:rsidR="00E404C3" w:rsidRDefault="00E404C3">
            <w:pPr>
              <w:spacing w:after="0"/>
            </w:pPr>
          </w:p>
        </w:tc>
        <w:tc>
          <w:tcPr>
            <w:tcW w:w="122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B620923" w14:textId="77777777" w:rsidR="00E404C3" w:rsidRDefault="00E404C3">
            <w:pPr>
              <w:spacing w:after="0"/>
            </w:pPr>
          </w:p>
        </w:tc>
        <w:tc>
          <w:tcPr>
            <w:tcW w:w="252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B053E62" w14:textId="77777777" w:rsidR="00E404C3" w:rsidRDefault="00E404C3">
            <w:pPr>
              <w:spacing w:after="0"/>
            </w:pPr>
          </w:p>
        </w:tc>
      </w:tr>
      <w:tr w:rsidR="00E404C3" w14:paraId="1483D187" w14:textId="77777777">
        <w:trPr>
          <w:jc w:val="center"/>
        </w:trPr>
        <w:tc>
          <w:tcPr>
            <w:tcW w:w="504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3A2C4DA" w14:textId="77777777" w:rsidR="00E404C3" w:rsidRDefault="00E404C3">
            <w:pPr>
              <w:spacing w:after="0"/>
            </w:pPr>
          </w:p>
        </w:tc>
        <w:tc>
          <w:tcPr>
            <w:tcW w:w="1440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666AB05" w14:textId="77777777" w:rsidR="00E404C3" w:rsidRDefault="00E404C3">
            <w:pPr>
              <w:spacing w:after="0"/>
            </w:pPr>
          </w:p>
        </w:tc>
        <w:tc>
          <w:tcPr>
            <w:tcW w:w="2232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BBBD821" w14:textId="77777777" w:rsidR="00E404C3" w:rsidRDefault="00E404C3">
            <w:pPr>
              <w:spacing w:after="0"/>
            </w:pPr>
          </w:p>
        </w:tc>
        <w:tc>
          <w:tcPr>
            <w:tcW w:w="1440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05F2063" w14:textId="77777777" w:rsidR="00E404C3" w:rsidRDefault="00E404C3">
            <w:pPr>
              <w:spacing w:after="0"/>
            </w:pPr>
          </w:p>
        </w:tc>
        <w:tc>
          <w:tcPr>
            <w:tcW w:w="1440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C6A4ADC" w14:textId="77777777" w:rsidR="00E404C3" w:rsidRDefault="00E404C3">
            <w:pPr>
              <w:spacing w:after="0"/>
            </w:pPr>
          </w:p>
        </w:tc>
        <w:tc>
          <w:tcPr>
            <w:tcW w:w="1440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4C6AC0B" w14:textId="77777777" w:rsidR="00E404C3" w:rsidRDefault="00E404C3">
            <w:pPr>
              <w:spacing w:after="0"/>
            </w:pPr>
          </w:p>
        </w:tc>
        <w:tc>
          <w:tcPr>
            <w:tcW w:w="1224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4C2FED5" w14:textId="77777777" w:rsidR="00E404C3" w:rsidRDefault="00E404C3">
            <w:pPr>
              <w:spacing w:after="0"/>
            </w:pPr>
          </w:p>
        </w:tc>
        <w:tc>
          <w:tcPr>
            <w:tcW w:w="2520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7B70D3F" w14:textId="77777777" w:rsidR="00E404C3" w:rsidRDefault="00E404C3">
            <w:pPr>
              <w:spacing w:after="0"/>
            </w:pPr>
          </w:p>
        </w:tc>
      </w:tr>
      <w:tr w:rsidR="00E404C3" w14:paraId="1A0D2FCA" w14:textId="77777777">
        <w:trPr>
          <w:jc w:val="center"/>
        </w:trPr>
        <w:tc>
          <w:tcPr>
            <w:tcW w:w="50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009DEE5" w14:textId="77777777" w:rsidR="00E404C3" w:rsidRDefault="00E404C3">
            <w:pPr>
              <w:spacing w:after="0"/>
            </w:pPr>
          </w:p>
        </w:tc>
        <w:tc>
          <w:tcPr>
            <w:tcW w:w="14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5B8A92B" w14:textId="77777777" w:rsidR="00E404C3" w:rsidRDefault="00E404C3">
            <w:pPr>
              <w:spacing w:after="0"/>
            </w:pPr>
          </w:p>
        </w:tc>
        <w:tc>
          <w:tcPr>
            <w:tcW w:w="223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83EB662" w14:textId="77777777" w:rsidR="00E404C3" w:rsidRDefault="00E404C3">
            <w:pPr>
              <w:spacing w:after="0"/>
            </w:pPr>
          </w:p>
        </w:tc>
        <w:tc>
          <w:tcPr>
            <w:tcW w:w="14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8E78652" w14:textId="77777777" w:rsidR="00E404C3" w:rsidRDefault="00E404C3">
            <w:pPr>
              <w:spacing w:after="0"/>
            </w:pPr>
          </w:p>
        </w:tc>
        <w:tc>
          <w:tcPr>
            <w:tcW w:w="14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518E4E3" w14:textId="77777777" w:rsidR="00E404C3" w:rsidRDefault="00E404C3">
            <w:pPr>
              <w:spacing w:after="0"/>
            </w:pPr>
          </w:p>
        </w:tc>
        <w:tc>
          <w:tcPr>
            <w:tcW w:w="14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119DEC" w14:textId="77777777" w:rsidR="00E404C3" w:rsidRDefault="00E404C3">
            <w:pPr>
              <w:spacing w:after="0"/>
            </w:pPr>
          </w:p>
        </w:tc>
        <w:tc>
          <w:tcPr>
            <w:tcW w:w="122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9E44F2E" w14:textId="77777777" w:rsidR="00E404C3" w:rsidRDefault="00E404C3">
            <w:pPr>
              <w:spacing w:after="0"/>
            </w:pPr>
          </w:p>
        </w:tc>
        <w:tc>
          <w:tcPr>
            <w:tcW w:w="252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6BEA001" w14:textId="77777777" w:rsidR="00E404C3" w:rsidRDefault="00E404C3">
            <w:pPr>
              <w:spacing w:after="0"/>
            </w:pPr>
          </w:p>
        </w:tc>
      </w:tr>
      <w:tr w:rsidR="00E404C3" w14:paraId="71781106" w14:textId="77777777">
        <w:trPr>
          <w:jc w:val="center"/>
        </w:trPr>
        <w:tc>
          <w:tcPr>
            <w:tcW w:w="504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6EF21AB" w14:textId="77777777" w:rsidR="00E404C3" w:rsidRDefault="00E404C3">
            <w:pPr>
              <w:spacing w:after="0"/>
            </w:pPr>
          </w:p>
        </w:tc>
        <w:tc>
          <w:tcPr>
            <w:tcW w:w="1440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EEB42F6" w14:textId="77777777" w:rsidR="00E404C3" w:rsidRDefault="00E404C3">
            <w:pPr>
              <w:spacing w:after="0"/>
            </w:pPr>
          </w:p>
        </w:tc>
        <w:tc>
          <w:tcPr>
            <w:tcW w:w="2232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274A6CB" w14:textId="77777777" w:rsidR="00E404C3" w:rsidRDefault="00E404C3">
            <w:pPr>
              <w:spacing w:after="0"/>
            </w:pPr>
          </w:p>
        </w:tc>
        <w:tc>
          <w:tcPr>
            <w:tcW w:w="1440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2F81E8" w14:textId="77777777" w:rsidR="00E404C3" w:rsidRDefault="00E404C3">
            <w:pPr>
              <w:spacing w:after="0"/>
            </w:pPr>
          </w:p>
        </w:tc>
        <w:tc>
          <w:tcPr>
            <w:tcW w:w="1440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99751B0" w14:textId="77777777" w:rsidR="00E404C3" w:rsidRDefault="00E404C3">
            <w:pPr>
              <w:spacing w:after="0"/>
            </w:pPr>
          </w:p>
        </w:tc>
        <w:tc>
          <w:tcPr>
            <w:tcW w:w="1440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D258D74" w14:textId="77777777" w:rsidR="00E404C3" w:rsidRDefault="00E404C3">
            <w:pPr>
              <w:spacing w:after="0"/>
            </w:pPr>
          </w:p>
        </w:tc>
        <w:tc>
          <w:tcPr>
            <w:tcW w:w="1224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4B05DAD" w14:textId="77777777" w:rsidR="00E404C3" w:rsidRDefault="00E404C3">
            <w:pPr>
              <w:spacing w:after="0"/>
            </w:pPr>
          </w:p>
        </w:tc>
        <w:tc>
          <w:tcPr>
            <w:tcW w:w="2520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D069B14" w14:textId="77777777" w:rsidR="00E404C3" w:rsidRDefault="00E404C3">
            <w:pPr>
              <w:spacing w:after="0"/>
            </w:pPr>
          </w:p>
        </w:tc>
      </w:tr>
      <w:tr w:rsidR="00E404C3" w14:paraId="2FB04948" w14:textId="77777777">
        <w:trPr>
          <w:jc w:val="center"/>
        </w:trPr>
        <w:tc>
          <w:tcPr>
            <w:tcW w:w="50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320D51" w14:textId="77777777" w:rsidR="00E404C3" w:rsidRDefault="00E404C3">
            <w:pPr>
              <w:spacing w:after="0"/>
            </w:pPr>
          </w:p>
        </w:tc>
        <w:tc>
          <w:tcPr>
            <w:tcW w:w="14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93592E5" w14:textId="77777777" w:rsidR="00E404C3" w:rsidRDefault="00E404C3">
            <w:pPr>
              <w:spacing w:after="0"/>
            </w:pPr>
          </w:p>
        </w:tc>
        <w:tc>
          <w:tcPr>
            <w:tcW w:w="223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7515D6B" w14:textId="77777777" w:rsidR="00E404C3" w:rsidRDefault="00E404C3">
            <w:pPr>
              <w:spacing w:after="0"/>
            </w:pPr>
          </w:p>
        </w:tc>
        <w:tc>
          <w:tcPr>
            <w:tcW w:w="14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7799FE0" w14:textId="77777777" w:rsidR="00E404C3" w:rsidRDefault="00E404C3">
            <w:pPr>
              <w:spacing w:after="0"/>
            </w:pPr>
          </w:p>
        </w:tc>
        <w:tc>
          <w:tcPr>
            <w:tcW w:w="14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FF70B39" w14:textId="77777777" w:rsidR="00E404C3" w:rsidRDefault="00E404C3">
            <w:pPr>
              <w:spacing w:after="0"/>
            </w:pPr>
          </w:p>
        </w:tc>
        <w:tc>
          <w:tcPr>
            <w:tcW w:w="14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376620C" w14:textId="77777777" w:rsidR="00E404C3" w:rsidRDefault="00E404C3">
            <w:pPr>
              <w:spacing w:after="0"/>
            </w:pPr>
          </w:p>
        </w:tc>
        <w:tc>
          <w:tcPr>
            <w:tcW w:w="122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F9C461E" w14:textId="77777777" w:rsidR="00E404C3" w:rsidRDefault="00E404C3">
            <w:pPr>
              <w:spacing w:after="0"/>
            </w:pPr>
          </w:p>
        </w:tc>
        <w:tc>
          <w:tcPr>
            <w:tcW w:w="252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93ACBFC" w14:textId="77777777" w:rsidR="00E404C3" w:rsidRDefault="00E404C3">
            <w:pPr>
              <w:spacing w:after="0"/>
            </w:pPr>
          </w:p>
        </w:tc>
      </w:tr>
      <w:tr w:rsidR="00E404C3" w14:paraId="1B78B096" w14:textId="77777777">
        <w:trPr>
          <w:jc w:val="center"/>
        </w:trPr>
        <w:tc>
          <w:tcPr>
            <w:tcW w:w="504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8F8149E" w14:textId="77777777" w:rsidR="00E404C3" w:rsidRDefault="00E404C3">
            <w:pPr>
              <w:spacing w:after="0"/>
            </w:pPr>
          </w:p>
        </w:tc>
        <w:tc>
          <w:tcPr>
            <w:tcW w:w="1440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3BB37D" w14:textId="77777777" w:rsidR="00E404C3" w:rsidRDefault="00E404C3">
            <w:pPr>
              <w:spacing w:after="0"/>
            </w:pPr>
          </w:p>
        </w:tc>
        <w:tc>
          <w:tcPr>
            <w:tcW w:w="2232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D617DD5" w14:textId="77777777" w:rsidR="00E404C3" w:rsidRDefault="00E404C3">
            <w:pPr>
              <w:spacing w:after="0"/>
            </w:pPr>
          </w:p>
        </w:tc>
        <w:tc>
          <w:tcPr>
            <w:tcW w:w="1440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025096D" w14:textId="77777777" w:rsidR="00E404C3" w:rsidRDefault="00E404C3">
            <w:pPr>
              <w:spacing w:after="0"/>
            </w:pPr>
          </w:p>
        </w:tc>
        <w:tc>
          <w:tcPr>
            <w:tcW w:w="1440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7E799E2" w14:textId="77777777" w:rsidR="00E404C3" w:rsidRDefault="00E404C3">
            <w:pPr>
              <w:spacing w:after="0"/>
            </w:pPr>
          </w:p>
        </w:tc>
        <w:tc>
          <w:tcPr>
            <w:tcW w:w="1440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B0745BF" w14:textId="77777777" w:rsidR="00E404C3" w:rsidRDefault="00E404C3">
            <w:pPr>
              <w:spacing w:after="0"/>
            </w:pPr>
          </w:p>
        </w:tc>
        <w:tc>
          <w:tcPr>
            <w:tcW w:w="1224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10B97A4" w14:textId="77777777" w:rsidR="00E404C3" w:rsidRDefault="00E404C3">
            <w:pPr>
              <w:spacing w:after="0"/>
            </w:pPr>
          </w:p>
        </w:tc>
        <w:tc>
          <w:tcPr>
            <w:tcW w:w="2520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4C52DBF" w14:textId="77777777" w:rsidR="00E404C3" w:rsidRDefault="00E404C3">
            <w:pPr>
              <w:spacing w:after="0"/>
            </w:pPr>
          </w:p>
        </w:tc>
      </w:tr>
      <w:tr w:rsidR="00E404C3" w14:paraId="685FA64F" w14:textId="77777777">
        <w:trPr>
          <w:jc w:val="center"/>
        </w:trPr>
        <w:tc>
          <w:tcPr>
            <w:tcW w:w="50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1B26D0" w14:textId="77777777" w:rsidR="00E404C3" w:rsidRDefault="00E404C3">
            <w:pPr>
              <w:spacing w:after="0"/>
            </w:pPr>
          </w:p>
        </w:tc>
        <w:tc>
          <w:tcPr>
            <w:tcW w:w="14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CACB582" w14:textId="77777777" w:rsidR="00E404C3" w:rsidRDefault="00E404C3">
            <w:pPr>
              <w:spacing w:after="0"/>
            </w:pPr>
          </w:p>
        </w:tc>
        <w:tc>
          <w:tcPr>
            <w:tcW w:w="223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8BBFBB0" w14:textId="77777777" w:rsidR="00E404C3" w:rsidRDefault="00E404C3">
            <w:pPr>
              <w:spacing w:after="0"/>
            </w:pPr>
          </w:p>
        </w:tc>
        <w:tc>
          <w:tcPr>
            <w:tcW w:w="14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EB397C1" w14:textId="77777777" w:rsidR="00E404C3" w:rsidRDefault="00E404C3">
            <w:pPr>
              <w:spacing w:after="0"/>
            </w:pPr>
          </w:p>
        </w:tc>
        <w:tc>
          <w:tcPr>
            <w:tcW w:w="14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AD1BB07" w14:textId="77777777" w:rsidR="00E404C3" w:rsidRDefault="00E404C3">
            <w:pPr>
              <w:spacing w:after="0"/>
            </w:pPr>
          </w:p>
        </w:tc>
        <w:tc>
          <w:tcPr>
            <w:tcW w:w="14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B00D54F" w14:textId="77777777" w:rsidR="00E404C3" w:rsidRDefault="00E404C3">
            <w:pPr>
              <w:spacing w:after="0"/>
            </w:pPr>
          </w:p>
        </w:tc>
        <w:tc>
          <w:tcPr>
            <w:tcW w:w="122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A040266" w14:textId="77777777" w:rsidR="00E404C3" w:rsidRDefault="00E404C3">
            <w:pPr>
              <w:spacing w:after="0"/>
            </w:pPr>
          </w:p>
        </w:tc>
        <w:tc>
          <w:tcPr>
            <w:tcW w:w="252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6DD06EF" w14:textId="77777777" w:rsidR="00E404C3" w:rsidRDefault="00E404C3">
            <w:pPr>
              <w:spacing w:after="0"/>
            </w:pPr>
          </w:p>
        </w:tc>
      </w:tr>
      <w:tr w:rsidR="00E404C3" w14:paraId="15655036" w14:textId="77777777">
        <w:trPr>
          <w:jc w:val="center"/>
        </w:trPr>
        <w:tc>
          <w:tcPr>
            <w:tcW w:w="504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87C1A56" w14:textId="77777777" w:rsidR="00E404C3" w:rsidRDefault="00E404C3">
            <w:pPr>
              <w:spacing w:after="0"/>
            </w:pPr>
          </w:p>
        </w:tc>
        <w:tc>
          <w:tcPr>
            <w:tcW w:w="1440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C0B35D4" w14:textId="77777777" w:rsidR="00E404C3" w:rsidRDefault="00E404C3">
            <w:pPr>
              <w:spacing w:after="0"/>
            </w:pPr>
          </w:p>
        </w:tc>
        <w:tc>
          <w:tcPr>
            <w:tcW w:w="2232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51CBEAA" w14:textId="77777777" w:rsidR="00E404C3" w:rsidRDefault="00E404C3">
            <w:pPr>
              <w:spacing w:after="0"/>
            </w:pPr>
          </w:p>
        </w:tc>
        <w:tc>
          <w:tcPr>
            <w:tcW w:w="1440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ACB3F85" w14:textId="77777777" w:rsidR="00E404C3" w:rsidRDefault="00E404C3">
            <w:pPr>
              <w:spacing w:after="0"/>
            </w:pPr>
          </w:p>
        </w:tc>
        <w:tc>
          <w:tcPr>
            <w:tcW w:w="1440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250C142" w14:textId="77777777" w:rsidR="00E404C3" w:rsidRDefault="00E404C3">
            <w:pPr>
              <w:spacing w:after="0"/>
            </w:pPr>
          </w:p>
        </w:tc>
        <w:tc>
          <w:tcPr>
            <w:tcW w:w="1440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F12E90E" w14:textId="77777777" w:rsidR="00E404C3" w:rsidRDefault="00E404C3">
            <w:pPr>
              <w:spacing w:after="0"/>
            </w:pPr>
          </w:p>
        </w:tc>
        <w:tc>
          <w:tcPr>
            <w:tcW w:w="1224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3837D08" w14:textId="77777777" w:rsidR="00E404C3" w:rsidRDefault="00E404C3">
            <w:pPr>
              <w:spacing w:after="0"/>
            </w:pPr>
          </w:p>
        </w:tc>
        <w:tc>
          <w:tcPr>
            <w:tcW w:w="2520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6603F32" w14:textId="77777777" w:rsidR="00E404C3" w:rsidRDefault="00E404C3">
            <w:pPr>
              <w:spacing w:after="0"/>
            </w:pPr>
          </w:p>
        </w:tc>
      </w:tr>
    </w:tbl>
    <w:p w14:paraId="6AC2E26F" w14:textId="77777777" w:rsidR="00E404C3" w:rsidRDefault="00E404C3">
      <w:pPr>
        <w:spacing w:after="20"/>
      </w:pPr>
    </w:p>
    <w:p w14:paraId="5175ACB7" w14:textId="77777777" w:rsidR="00E404C3" w:rsidRDefault="00A460B9">
      <w:pPr>
        <w:pStyle w:val="Heading2"/>
      </w:pPr>
      <w:r>
        <w:t>Process metrics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112"/>
        <w:gridCol w:w="1564"/>
        <w:gridCol w:w="1561"/>
        <w:gridCol w:w="4227"/>
      </w:tblGrid>
      <w:tr w:rsidR="00E404C3" w14:paraId="7C477CB9" w14:textId="77777777">
        <w:trPr>
          <w:tblHeader/>
          <w:jc w:val="center"/>
        </w:trPr>
        <w:tc>
          <w:tcPr>
            <w:tcW w:w="3168" w:type="dxa"/>
            <w:shd w:val="clear" w:color="auto" w:fill="17324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A6FD401" w14:textId="77777777" w:rsidR="00E404C3" w:rsidRDefault="00A460B9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Metric</w:t>
            </w:r>
          </w:p>
        </w:tc>
        <w:tc>
          <w:tcPr>
            <w:tcW w:w="1584" w:type="dxa"/>
            <w:shd w:val="clear" w:color="auto" w:fill="17324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F24F6F1" w14:textId="77777777" w:rsidR="00E404C3" w:rsidRDefault="00A460B9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Current</w:t>
            </w:r>
          </w:p>
        </w:tc>
        <w:tc>
          <w:tcPr>
            <w:tcW w:w="1584" w:type="dxa"/>
            <w:shd w:val="clear" w:color="auto" w:fill="17324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8224773" w14:textId="77777777" w:rsidR="00E404C3" w:rsidRDefault="00A460B9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Target</w:t>
            </w:r>
          </w:p>
        </w:tc>
        <w:tc>
          <w:tcPr>
            <w:tcW w:w="4320" w:type="dxa"/>
            <w:shd w:val="clear" w:color="auto" w:fill="17324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61C070F" w14:textId="77777777" w:rsidR="00E404C3" w:rsidRDefault="00A460B9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Source / method</w:t>
            </w:r>
          </w:p>
        </w:tc>
      </w:tr>
      <w:tr w:rsidR="00E404C3" w14:paraId="30500752" w14:textId="77777777">
        <w:trPr>
          <w:jc w:val="center"/>
        </w:trPr>
        <w:tc>
          <w:tcPr>
            <w:tcW w:w="31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D88C0D6" w14:textId="77777777" w:rsidR="00E404C3" w:rsidRDefault="00A460B9">
            <w:pPr>
              <w:spacing w:after="0"/>
            </w:pPr>
            <w:r>
              <w:rPr>
                <w:sz w:val="17"/>
              </w:rPr>
              <w:t>Total lead time</w:t>
            </w:r>
          </w:p>
        </w:tc>
        <w:tc>
          <w:tcPr>
            <w:tcW w:w="158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25AC6DA" w14:textId="77777777" w:rsidR="00E404C3" w:rsidRDefault="00E404C3">
            <w:pPr>
              <w:spacing w:after="0"/>
            </w:pPr>
          </w:p>
        </w:tc>
        <w:tc>
          <w:tcPr>
            <w:tcW w:w="158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F8B95BA" w14:textId="77777777" w:rsidR="00E404C3" w:rsidRDefault="00E404C3">
            <w:pPr>
              <w:spacing w:after="0"/>
            </w:pPr>
          </w:p>
        </w:tc>
        <w:tc>
          <w:tcPr>
            <w:tcW w:w="432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8FBD610" w14:textId="77777777" w:rsidR="00E404C3" w:rsidRDefault="00E404C3">
            <w:pPr>
              <w:spacing w:after="0"/>
            </w:pPr>
          </w:p>
        </w:tc>
      </w:tr>
      <w:tr w:rsidR="00E404C3" w14:paraId="1FBA238B" w14:textId="77777777">
        <w:trPr>
          <w:jc w:val="center"/>
        </w:trPr>
        <w:tc>
          <w:tcPr>
            <w:tcW w:w="3168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93590A9" w14:textId="77777777" w:rsidR="00E404C3" w:rsidRDefault="00A460B9">
            <w:pPr>
              <w:spacing w:after="0"/>
            </w:pPr>
            <w:r>
              <w:rPr>
                <w:sz w:val="17"/>
              </w:rPr>
              <w:t>Hands-on processing time</w:t>
            </w:r>
          </w:p>
        </w:tc>
        <w:tc>
          <w:tcPr>
            <w:tcW w:w="1584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6FB5BE3" w14:textId="77777777" w:rsidR="00E404C3" w:rsidRDefault="00E404C3">
            <w:pPr>
              <w:spacing w:after="0"/>
            </w:pPr>
          </w:p>
        </w:tc>
        <w:tc>
          <w:tcPr>
            <w:tcW w:w="1584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4011205" w14:textId="77777777" w:rsidR="00E404C3" w:rsidRDefault="00E404C3">
            <w:pPr>
              <w:spacing w:after="0"/>
            </w:pPr>
          </w:p>
        </w:tc>
        <w:tc>
          <w:tcPr>
            <w:tcW w:w="4320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81D1BA3" w14:textId="77777777" w:rsidR="00E404C3" w:rsidRDefault="00E404C3">
            <w:pPr>
              <w:spacing w:after="0"/>
            </w:pPr>
          </w:p>
        </w:tc>
      </w:tr>
      <w:tr w:rsidR="00E404C3" w14:paraId="583FB333" w14:textId="77777777">
        <w:trPr>
          <w:jc w:val="center"/>
        </w:trPr>
        <w:tc>
          <w:tcPr>
            <w:tcW w:w="31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2F2517B" w14:textId="77777777" w:rsidR="00E404C3" w:rsidRDefault="00A460B9">
            <w:pPr>
              <w:spacing w:after="0"/>
            </w:pPr>
            <w:r>
              <w:rPr>
                <w:sz w:val="17"/>
              </w:rPr>
              <w:t>First-pass yield / right-first-time</w:t>
            </w:r>
          </w:p>
        </w:tc>
        <w:tc>
          <w:tcPr>
            <w:tcW w:w="158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52CA82F" w14:textId="77777777" w:rsidR="00E404C3" w:rsidRDefault="00E404C3">
            <w:pPr>
              <w:spacing w:after="0"/>
            </w:pPr>
          </w:p>
        </w:tc>
        <w:tc>
          <w:tcPr>
            <w:tcW w:w="158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D3CFE5E" w14:textId="77777777" w:rsidR="00E404C3" w:rsidRDefault="00E404C3">
            <w:pPr>
              <w:spacing w:after="0"/>
            </w:pPr>
          </w:p>
        </w:tc>
        <w:tc>
          <w:tcPr>
            <w:tcW w:w="432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7F7608C" w14:textId="77777777" w:rsidR="00E404C3" w:rsidRDefault="00E404C3">
            <w:pPr>
              <w:spacing w:after="0"/>
            </w:pPr>
          </w:p>
        </w:tc>
      </w:tr>
      <w:tr w:rsidR="00E404C3" w14:paraId="75B67896" w14:textId="77777777">
        <w:trPr>
          <w:jc w:val="center"/>
        </w:trPr>
        <w:tc>
          <w:tcPr>
            <w:tcW w:w="3168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ECA8B4A" w14:textId="77777777" w:rsidR="00E404C3" w:rsidRDefault="00A460B9">
            <w:pPr>
              <w:spacing w:after="0"/>
            </w:pPr>
            <w:r>
              <w:rPr>
                <w:sz w:val="17"/>
              </w:rPr>
              <w:t>Rework or error rate</w:t>
            </w:r>
          </w:p>
        </w:tc>
        <w:tc>
          <w:tcPr>
            <w:tcW w:w="1584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B4E4E9A" w14:textId="77777777" w:rsidR="00E404C3" w:rsidRDefault="00E404C3">
            <w:pPr>
              <w:spacing w:after="0"/>
            </w:pPr>
          </w:p>
        </w:tc>
        <w:tc>
          <w:tcPr>
            <w:tcW w:w="1584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62A570A" w14:textId="77777777" w:rsidR="00E404C3" w:rsidRDefault="00E404C3">
            <w:pPr>
              <w:spacing w:after="0"/>
            </w:pPr>
          </w:p>
        </w:tc>
        <w:tc>
          <w:tcPr>
            <w:tcW w:w="4320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15A0675" w14:textId="77777777" w:rsidR="00E404C3" w:rsidRDefault="00E404C3">
            <w:pPr>
              <w:spacing w:after="0"/>
            </w:pPr>
          </w:p>
        </w:tc>
      </w:tr>
      <w:tr w:rsidR="00E404C3" w14:paraId="240A5674" w14:textId="77777777">
        <w:trPr>
          <w:jc w:val="center"/>
        </w:trPr>
        <w:tc>
          <w:tcPr>
            <w:tcW w:w="31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43D1AA3" w14:textId="77777777" w:rsidR="00E404C3" w:rsidRDefault="00A460B9">
            <w:pPr>
              <w:spacing w:after="0"/>
            </w:pPr>
            <w:r>
              <w:rPr>
                <w:sz w:val="17"/>
              </w:rPr>
              <w:t>Volume per day / week / month</w:t>
            </w:r>
          </w:p>
        </w:tc>
        <w:tc>
          <w:tcPr>
            <w:tcW w:w="158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733C63D" w14:textId="77777777" w:rsidR="00E404C3" w:rsidRDefault="00E404C3">
            <w:pPr>
              <w:spacing w:after="0"/>
            </w:pPr>
          </w:p>
        </w:tc>
        <w:tc>
          <w:tcPr>
            <w:tcW w:w="158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8490912" w14:textId="77777777" w:rsidR="00E404C3" w:rsidRDefault="00E404C3">
            <w:pPr>
              <w:spacing w:after="0"/>
            </w:pPr>
          </w:p>
        </w:tc>
        <w:tc>
          <w:tcPr>
            <w:tcW w:w="432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4EDDB7F" w14:textId="77777777" w:rsidR="00E404C3" w:rsidRDefault="00E404C3">
            <w:pPr>
              <w:spacing w:after="0"/>
            </w:pPr>
          </w:p>
        </w:tc>
      </w:tr>
    </w:tbl>
    <w:p w14:paraId="3BA36646" w14:textId="77777777" w:rsidR="00E404C3" w:rsidRDefault="00E404C3">
      <w:pPr>
        <w:spacing w:after="20"/>
      </w:pPr>
    </w:p>
    <w:p w14:paraId="069765DF" w14:textId="77777777" w:rsidR="00E404C3" w:rsidRDefault="00A460B9">
      <w:pPr>
        <w:pStyle w:val="Heading2"/>
      </w:pPr>
      <w:r>
        <w:lastRenderedPageBreak/>
        <w:t>Improvement observations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664"/>
        <w:gridCol w:w="2352"/>
        <w:gridCol w:w="2764"/>
        <w:gridCol w:w="1352"/>
        <w:gridCol w:w="1332"/>
      </w:tblGrid>
      <w:tr w:rsidR="00E404C3" w14:paraId="47AF4D6C" w14:textId="77777777">
        <w:trPr>
          <w:tblHeader/>
          <w:jc w:val="center"/>
        </w:trPr>
        <w:tc>
          <w:tcPr>
            <w:tcW w:w="2880" w:type="dxa"/>
            <w:shd w:val="clear" w:color="auto" w:fill="17324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92BD8B3" w14:textId="77777777" w:rsidR="00E404C3" w:rsidRDefault="00A460B9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Observation</w:t>
            </w:r>
          </w:p>
        </w:tc>
        <w:tc>
          <w:tcPr>
            <w:tcW w:w="2592" w:type="dxa"/>
            <w:shd w:val="clear" w:color="auto" w:fill="17324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225502D" w14:textId="77777777" w:rsidR="00E404C3" w:rsidRDefault="00A460B9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Likely cause</w:t>
            </w:r>
          </w:p>
        </w:tc>
        <w:tc>
          <w:tcPr>
            <w:tcW w:w="3024" w:type="dxa"/>
            <w:shd w:val="clear" w:color="auto" w:fill="17324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C819FA6" w14:textId="77777777" w:rsidR="00E404C3" w:rsidRDefault="00A460B9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Proposed test</w:t>
            </w:r>
          </w:p>
        </w:tc>
        <w:tc>
          <w:tcPr>
            <w:tcW w:w="1440" w:type="dxa"/>
            <w:shd w:val="clear" w:color="auto" w:fill="17324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3D659DA" w14:textId="77777777" w:rsidR="00E404C3" w:rsidRDefault="00A460B9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Owner</w:t>
            </w:r>
          </w:p>
        </w:tc>
        <w:tc>
          <w:tcPr>
            <w:tcW w:w="1440" w:type="dxa"/>
            <w:shd w:val="clear" w:color="auto" w:fill="17324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141E307" w14:textId="77777777" w:rsidR="00E404C3" w:rsidRDefault="00A460B9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Due date</w:t>
            </w:r>
          </w:p>
        </w:tc>
      </w:tr>
      <w:tr w:rsidR="00E404C3" w14:paraId="49BF4FCF" w14:textId="77777777">
        <w:trPr>
          <w:jc w:val="center"/>
        </w:trPr>
        <w:tc>
          <w:tcPr>
            <w:tcW w:w="28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B3A05D2" w14:textId="77777777" w:rsidR="00E404C3" w:rsidRDefault="00E404C3">
            <w:pPr>
              <w:spacing w:after="0"/>
            </w:pPr>
          </w:p>
        </w:tc>
        <w:tc>
          <w:tcPr>
            <w:tcW w:w="259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BFE1E1B" w14:textId="77777777" w:rsidR="00E404C3" w:rsidRDefault="00E404C3">
            <w:pPr>
              <w:spacing w:after="0"/>
            </w:pPr>
          </w:p>
        </w:tc>
        <w:tc>
          <w:tcPr>
            <w:tcW w:w="302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ED5E354" w14:textId="77777777" w:rsidR="00E404C3" w:rsidRDefault="00E404C3">
            <w:pPr>
              <w:spacing w:after="0"/>
            </w:pPr>
          </w:p>
        </w:tc>
        <w:tc>
          <w:tcPr>
            <w:tcW w:w="14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E7EC82F" w14:textId="77777777" w:rsidR="00E404C3" w:rsidRDefault="00E404C3">
            <w:pPr>
              <w:spacing w:after="0"/>
            </w:pPr>
          </w:p>
        </w:tc>
        <w:tc>
          <w:tcPr>
            <w:tcW w:w="14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0D29588" w14:textId="77777777" w:rsidR="00E404C3" w:rsidRDefault="00E404C3">
            <w:pPr>
              <w:spacing w:after="0"/>
            </w:pPr>
          </w:p>
        </w:tc>
      </w:tr>
      <w:tr w:rsidR="00E404C3" w14:paraId="2BBCA0C2" w14:textId="77777777">
        <w:trPr>
          <w:jc w:val="center"/>
        </w:trPr>
        <w:tc>
          <w:tcPr>
            <w:tcW w:w="2880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B658407" w14:textId="77777777" w:rsidR="00E404C3" w:rsidRDefault="00E404C3">
            <w:pPr>
              <w:spacing w:after="0"/>
            </w:pPr>
          </w:p>
        </w:tc>
        <w:tc>
          <w:tcPr>
            <w:tcW w:w="2592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86D37E" w14:textId="77777777" w:rsidR="00E404C3" w:rsidRDefault="00E404C3">
            <w:pPr>
              <w:spacing w:after="0"/>
            </w:pPr>
          </w:p>
        </w:tc>
        <w:tc>
          <w:tcPr>
            <w:tcW w:w="3024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F6C3F2C" w14:textId="77777777" w:rsidR="00E404C3" w:rsidRDefault="00E404C3">
            <w:pPr>
              <w:spacing w:after="0"/>
            </w:pPr>
          </w:p>
        </w:tc>
        <w:tc>
          <w:tcPr>
            <w:tcW w:w="1440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6C04FE2" w14:textId="77777777" w:rsidR="00E404C3" w:rsidRDefault="00E404C3">
            <w:pPr>
              <w:spacing w:after="0"/>
            </w:pPr>
          </w:p>
        </w:tc>
        <w:tc>
          <w:tcPr>
            <w:tcW w:w="1440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AC53CDB" w14:textId="77777777" w:rsidR="00E404C3" w:rsidRDefault="00E404C3">
            <w:pPr>
              <w:spacing w:after="0"/>
            </w:pPr>
          </w:p>
        </w:tc>
      </w:tr>
      <w:tr w:rsidR="00E404C3" w14:paraId="15F8C9C8" w14:textId="77777777">
        <w:trPr>
          <w:jc w:val="center"/>
        </w:trPr>
        <w:tc>
          <w:tcPr>
            <w:tcW w:w="28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E700E69" w14:textId="77777777" w:rsidR="00E404C3" w:rsidRDefault="00E404C3">
            <w:pPr>
              <w:spacing w:after="0"/>
            </w:pPr>
          </w:p>
        </w:tc>
        <w:tc>
          <w:tcPr>
            <w:tcW w:w="259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BE5CD7A" w14:textId="77777777" w:rsidR="00E404C3" w:rsidRDefault="00E404C3">
            <w:pPr>
              <w:spacing w:after="0"/>
            </w:pPr>
          </w:p>
        </w:tc>
        <w:tc>
          <w:tcPr>
            <w:tcW w:w="302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A089A90" w14:textId="77777777" w:rsidR="00E404C3" w:rsidRDefault="00E404C3">
            <w:pPr>
              <w:spacing w:after="0"/>
            </w:pPr>
          </w:p>
        </w:tc>
        <w:tc>
          <w:tcPr>
            <w:tcW w:w="14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71E469A" w14:textId="77777777" w:rsidR="00E404C3" w:rsidRDefault="00E404C3">
            <w:pPr>
              <w:spacing w:after="0"/>
            </w:pPr>
          </w:p>
        </w:tc>
        <w:tc>
          <w:tcPr>
            <w:tcW w:w="14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F8755F0" w14:textId="77777777" w:rsidR="00E404C3" w:rsidRDefault="00E404C3">
            <w:pPr>
              <w:spacing w:after="0"/>
            </w:pPr>
          </w:p>
        </w:tc>
      </w:tr>
      <w:tr w:rsidR="00E404C3" w14:paraId="5C170BE4" w14:textId="77777777">
        <w:trPr>
          <w:jc w:val="center"/>
        </w:trPr>
        <w:tc>
          <w:tcPr>
            <w:tcW w:w="2880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461BF39" w14:textId="77777777" w:rsidR="00E404C3" w:rsidRDefault="00E404C3">
            <w:pPr>
              <w:spacing w:after="0"/>
            </w:pPr>
          </w:p>
        </w:tc>
        <w:tc>
          <w:tcPr>
            <w:tcW w:w="2592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4F19EB6" w14:textId="77777777" w:rsidR="00E404C3" w:rsidRDefault="00E404C3">
            <w:pPr>
              <w:spacing w:after="0"/>
            </w:pPr>
          </w:p>
        </w:tc>
        <w:tc>
          <w:tcPr>
            <w:tcW w:w="3024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4627E04" w14:textId="77777777" w:rsidR="00E404C3" w:rsidRDefault="00E404C3">
            <w:pPr>
              <w:spacing w:after="0"/>
            </w:pPr>
          </w:p>
        </w:tc>
        <w:tc>
          <w:tcPr>
            <w:tcW w:w="1440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1892762" w14:textId="77777777" w:rsidR="00E404C3" w:rsidRDefault="00E404C3">
            <w:pPr>
              <w:spacing w:after="0"/>
            </w:pPr>
          </w:p>
        </w:tc>
        <w:tc>
          <w:tcPr>
            <w:tcW w:w="1440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5B8C2D4" w14:textId="77777777" w:rsidR="00E404C3" w:rsidRDefault="00E404C3">
            <w:pPr>
              <w:spacing w:after="0"/>
            </w:pPr>
          </w:p>
        </w:tc>
      </w:tr>
      <w:tr w:rsidR="00E404C3" w14:paraId="1D4DF4CE" w14:textId="77777777">
        <w:trPr>
          <w:jc w:val="center"/>
        </w:trPr>
        <w:tc>
          <w:tcPr>
            <w:tcW w:w="28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B30119A" w14:textId="77777777" w:rsidR="00E404C3" w:rsidRDefault="00E404C3">
            <w:pPr>
              <w:spacing w:after="0"/>
            </w:pPr>
          </w:p>
        </w:tc>
        <w:tc>
          <w:tcPr>
            <w:tcW w:w="259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E2030BC" w14:textId="77777777" w:rsidR="00E404C3" w:rsidRDefault="00E404C3">
            <w:pPr>
              <w:spacing w:after="0"/>
            </w:pPr>
          </w:p>
        </w:tc>
        <w:tc>
          <w:tcPr>
            <w:tcW w:w="302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3FA9CCD" w14:textId="77777777" w:rsidR="00E404C3" w:rsidRDefault="00E404C3">
            <w:pPr>
              <w:spacing w:after="0"/>
            </w:pPr>
          </w:p>
        </w:tc>
        <w:tc>
          <w:tcPr>
            <w:tcW w:w="14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05E2BBB" w14:textId="77777777" w:rsidR="00E404C3" w:rsidRDefault="00E404C3">
            <w:pPr>
              <w:spacing w:after="0"/>
            </w:pPr>
          </w:p>
        </w:tc>
        <w:tc>
          <w:tcPr>
            <w:tcW w:w="14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7C074CF" w14:textId="77777777" w:rsidR="00E404C3" w:rsidRDefault="00E404C3">
            <w:pPr>
              <w:spacing w:after="0"/>
            </w:pPr>
          </w:p>
        </w:tc>
      </w:tr>
      <w:tr w:rsidR="00E404C3" w14:paraId="1DB4D6E1" w14:textId="77777777">
        <w:trPr>
          <w:jc w:val="center"/>
        </w:trPr>
        <w:tc>
          <w:tcPr>
            <w:tcW w:w="2880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2B540E0" w14:textId="77777777" w:rsidR="00E404C3" w:rsidRDefault="00E404C3">
            <w:pPr>
              <w:spacing w:after="0"/>
            </w:pPr>
          </w:p>
        </w:tc>
        <w:tc>
          <w:tcPr>
            <w:tcW w:w="2592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E86BA81" w14:textId="77777777" w:rsidR="00E404C3" w:rsidRDefault="00E404C3">
            <w:pPr>
              <w:spacing w:after="0"/>
            </w:pPr>
          </w:p>
        </w:tc>
        <w:tc>
          <w:tcPr>
            <w:tcW w:w="3024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1AD9445" w14:textId="77777777" w:rsidR="00E404C3" w:rsidRDefault="00E404C3">
            <w:pPr>
              <w:spacing w:after="0"/>
            </w:pPr>
          </w:p>
        </w:tc>
        <w:tc>
          <w:tcPr>
            <w:tcW w:w="1440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B1DF7C0" w14:textId="77777777" w:rsidR="00E404C3" w:rsidRDefault="00E404C3">
            <w:pPr>
              <w:spacing w:after="0"/>
            </w:pPr>
          </w:p>
        </w:tc>
        <w:tc>
          <w:tcPr>
            <w:tcW w:w="1440" w:type="dxa"/>
            <w:shd w:val="clear" w:color="auto" w:fill="EF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7B6750A" w14:textId="77777777" w:rsidR="00E404C3" w:rsidRDefault="00E404C3">
            <w:pPr>
              <w:spacing w:after="0"/>
            </w:pPr>
          </w:p>
        </w:tc>
      </w:tr>
    </w:tbl>
    <w:p w14:paraId="3DA42BD6" w14:textId="77777777" w:rsidR="00E404C3" w:rsidRDefault="00E404C3">
      <w:pPr>
        <w:spacing w:after="20"/>
      </w:pPr>
    </w:p>
    <w:p w14:paraId="5E329020" w14:textId="77777777" w:rsidR="00E404C3" w:rsidRDefault="00A460B9">
      <w:pPr>
        <w:pStyle w:val="Heading2"/>
      </w:pPr>
      <w:r>
        <w:t>Future-state design questions</w:t>
      </w:r>
    </w:p>
    <w:p w14:paraId="54CFFE3B" w14:textId="77777777" w:rsidR="00E404C3" w:rsidRDefault="00A460B9">
      <w:pPr>
        <w:pStyle w:val="ListBullet"/>
        <w:spacing w:after="60"/>
      </w:pPr>
      <w:r>
        <w:t>Can any step be eliminated because it does not change the product, service, information, or risk?</w:t>
      </w:r>
    </w:p>
    <w:p w14:paraId="4A58F8C5" w14:textId="77777777" w:rsidR="00E404C3" w:rsidRDefault="00A460B9">
      <w:pPr>
        <w:pStyle w:val="ListBullet"/>
        <w:spacing w:after="60"/>
      </w:pPr>
      <w:r>
        <w:t>Can approvals be replaced with clear rules or dollar/risk thresholds?</w:t>
      </w:r>
    </w:p>
    <w:p w14:paraId="524C8784" w14:textId="77777777" w:rsidR="00E404C3" w:rsidRDefault="00A460B9">
      <w:pPr>
        <w:pStyle w:val="ListBullet"/>
        <w:spacing w:after="60"/>
      </w:pPr>
      <w:r>
        <w:t>Can information be captured once at the source instead of re-entered?</w:t>
      </w:r>
    </w:p>
    <w:p w14:paraId="5CF7A6A6" w14:textId="77777777" w:rsidR="00E404C3" w:rsidRDefault="00A460B9">
      <w:pPr>
        <w:pStyle w:val="ListBullet"/>
        <w:spacing w:after="60"/>
      </w:pPr>
      <w:r>
        <w:t>Can handoffs, queues, batches, or waiting be reduced?</w:t>
      </w:r>
    </w:p>
    <w:p w14:paraId="23C10406" w14:textId="77777777" w:rsidR="00E404C3" w:rsidRDefault="00A460B9">
      <w:pPr>
        <w:pStyle w:val="ListBullet"/>
        <w:spacing w:after="60"/>
      </w:pPr>
      <w:r>
        <w:t>Can work be standardized without removing necessary professional judgment?</w:t>
      </w:r>
    </w:p>
    <w:p w14:paraId="3EC42C3A" w14:textId="77777777" w:rsidR="00E404C3" w:rsidRDefault="00A460B9">
      <w:pPr>
        <w:pStyle w:val="ListBullet"/>
        <w:spacing w:after="60"/>
      </w:pPr>
      <w:r>
        <w:t>What metric will tell us whether the redesigned process is better?</w:t>
      </w:r>
    </w:p>
    <w:p w14:paraId="06E182F1" w14:textId="77777777" w:rsidR="00E404C3" w:rsidRDefault="00A460B9">
      <w:pPr>
        <w:pStyle w:val="Heading2"/>
      </w:pPr>
      <w:r>
        <w:t>Common mistakes</w:t>
      </w:r>
    </w:p>
    <w:p w14:paraId="1469112C" w14:textId="77777777" w:rsidR="00E404C3" w:rsidRDefault="00A460B9">
      <w:pPr>
        <w:pStyle w:val="ListBullet"/>
        <w:spacing w:after="60"/>
      </w:pPr>
      <w:r>
        <w:t>Mapping from memory without the people who do the work.</w:t>
      </w:r>
    </w:p>
    <w:p w14:paraId="1DC4929D" w14:textId="77777777" w:rsidR="00E404C3" w:rsidRDefault="00A460B9">
      <w:pPr>
        <w:pStyle w:val="ListBullet"/>
        <w:spacing w:after="60"/>
      </w:pPr>
      <w:r>
        <w:t>Mixing the current state and future state in one map.</w:t>
      </w:r>
    </w:p>
    <w:p w14:paraId="19394B68" w14:textId="77777777" w:rsidR="00E404C3" w:rsidRDefault="00A460B9">
      <w:pPr>
        <w:pStyle w:val="ListBullet"/>
        <w:spacing w:after="60"/>
      </w:pPr>
      <w:r>
        <w:t>Using too much detail before agreeing on the major flow.</w:t>
      </w:r>
    </w:p>
    <w:p w14:paraId="460E9B5D" w14:textId="77777777" w:rsidR="00E404C3" w:rsidRDefault="00A460B9">
      <w:pPr>
        <w:pStyle w:val="ListBullet"/>
        <w:spacing w:after="60"/>
      </w:pPr>
      <w:r>
        <w:t>Treating every symptom as a root cause.</w:t>
      </w:r>
    </w:p>
    <w:p w14:paraId="396B1CAC" w14:textId="77777777" w:rsidR="00E404C3" w:rsidRDefault="00A460B9">
      <w:pPr>
        <w:pStyle w:val="ListBullet"/>
        <w:spacing w:after="60"/>
      </w:pPr>
      <w:r>
        <w:t>Improving one department while shifting delay or rework to another.</w:t>
      </w:r>
    </w:p>
    <w:sectPr w:rsidR="00E404C3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C418AF" w14:textId="77777777" w:rsidR="00A460B9" w:rsidRDefault="00A460B9">
      <w:pPr>
        <w:spacing w:after="0" w:line="240" w:lineRule="auto"/>
      </w:pPr>
      <w:r>
        <w:separator/>
      </w:r>
    </w:p>
  </w:endnote>
  <w:endnote w:type="continuationSeparator" w:id="0">
    <w:p w14:paraId="17FE0AA5" w14:textId="77777777" w:rsidR="00A460B9" w:rsidRDefault="00A460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13B09" w14:textId="77777777" w:rsidR="007A01A0" w:rsidRDefault="007A01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FD65A" w14:textId="77777777" w:rsidR="00E404C3" w:rsidRDefault="00A460B9">
    <w:pPr>
      <w:pStyle w:val="Footer"/>
      <w:jc w:val="center"/>
    </w:pPr>
    <w:r>
      <w:rPr>
        <w:color w:val="667580"/>
        <w:sz w:val="14"/>
      </w:rPr>
      <w:t>© 2026 Bobby Walls. Personal/internal business use only. Not for resale, redistribution, client delivery, or rebranding.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2DA42" w14:textId="77777777" w:rsidR="007A01A0" w:rsidRDefault="007A01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0F7C4" w14:textId="77777777" w:rsidR="00A460B9" w:rsidRDefault="00A460B9">
      <w:pPr>
        <w:spacing w:after="0" w:line="240" w:lineRule="auto"/>
      </w:pPr>
      <w:r>
        <w:separator/>
      </w:r>
    </w:p>
  </w:footnote>
  <w:footnote w:type="continuationSeparator" w:id="0">
    <w:p w14:paraId="44CCDC80" w14:textId="77777777" w:rsidR="00A460B9" w:rsidRDefault="00A460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DD55A" w14:textId="77777777" w:rsidR="007A01A0" w:rsidRDefault="007A01A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112"/>
      <w:gridCol w:w="5112"/>
    </w:tblGrid>
    <w:tr w:rsidR="00916F7C" w14:paraId="5DBD6663" w14:textId="77777777">
      <w:tc>
        <w:tcPr>
          <w:tcW w:w="2500" w:type="pct"/>
          <w:vAlign w:val="center"/>
          <w:hideMark/>
        </w:tcPr>
        <w:p w14:paraId="126E729B" w14:textId="25CC270A" w:rsidR="00916F7C" w:rsidRDefault="00E50DC9">
          <w:pPr>
            <w:rPr>
              <w:szCs w:val="20"/>
            </w:rPr>
          </w:pPr>
          <w:r>
            <w:rPr>
              <w:noProof/>
              <w:szCs w:val="20"/>
            </w:rPr>
            <w:drawing>
              <wp:inline distT="0" distB="0" distL="0" distR="0" wp14:anchorId="34740B33" wp14:editId="2150A8DC">
                <wp:extent cx="752475" cy="361853"/>
                <wp:effectExtent l="0" t="0" r="0" b="635"/>
                <wp:docPr id="1622035900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7572" cy="37392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00" w:type="pct"/>
          <w:vAlign w:val="center"/>
          <w:hideMark/>
        </w:tcPr>
        <w:p w14:paraId="322F5ADC" w14:textId="77777777" w:rsidR="00916F7C" w:rsidRDefault="00916F7C">
          <w:pPr>
            <w:pStyle w:val="Header"/>
            <w:jc w:val="right"/>
            <w:rPr>
              <w:sz w:val="24"/>
              <w:szCs w:val="24"/>
            </w:rPr>
          </w:pPr>
          <w:r>
            <w:rPr>
              <w:b/>
              <w:bCs/>
              <w:color w:val="2F7F7A"/>
              <w:sz w:val="16"/>
              <w:szCs w:val="16"/>
            </w:rPr>
            <w:t>BOBBYWALLS.COM </w:t>
          </w:r>
          <w:proofErr w:type="gramStart"/>
          <w:r>
            <w:rPr>
              <w:b/>
              <w:bCs/>
              <w:color w:val="2F7F7A"/>
              <w:sz w:val="16"/>
              <w:szCs w:val="16"/>
            </w:rPr>
            <w:t>|  PROCESS</w:t>
          </w:r>
          <w:proofErr w:type="gramEnd"/>
          <w:r>
            <w:rPr>
              <w:b/>
              <w:bCs/>
              <w:color w:val="2F7F7A"/>
              <w:sz w:val="16"/>
              <w:szCs w:val="16"/>
            </w:rPr>
            <w:t xml:space="preserve"> IMPROVEMENT TOOLKIT</w:t>
          </w:r>
        </w:p>
      </w:tc>
    </w:tr>
  </w:tbl>
  <w:p w14:paraId="3DBA0436" w14:textId="7EA36F00" w:rsidR="00E404C3" w:rsidRDefault="00E404C3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0DF16" w14:textId="77777777" w:rsidR="007A01A0" w:rsidRDefault="007A01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235003">
    <w:abstractNumId w:val="8"/>
  </w:num>
  <w:num w:numId="2" w16cid:durableId="1057363246">
    <w:abstractNumId w:val="6"/>
  </w:num>
  <w:num w:numId="3" w16cid:durableId="870996675">
    <w:abstractNumId w:val="5"/>
  </w:num>
  <w:num w:numId="4" w16cid:durableId="1477067071">
    <w:abstractNumId w:val="4"/>
  </w:num>
  <w:num w:numId="5" w16cid:durableId="858856222">
    <w:abstractNumId w:val="7"/>
  </w:num>
  <w:num w:numId="6" w16cid:durableId="287669035">
    <w:abstractNumId w:val="3"/>
  </w:num>
  <w:num w:numId="7" w16cid:durableId="1548761608">
    <w:abstractNumId w:val="2"/>
  </w:num>
  <w:num w:numId="8" w16cid:durableId="660624702">
    <w:abstractNumId w:val="1"/>
  </w:num>
  <w:num w:numId="9" w16cid:durableId="2140562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86BCF"/>
    <w:rsid w:val="007A01A0"/>
    <w:rsid w:val="00916F7C"/>
    <w:rsid w:val="00A460B9"/>
    <w:rsid w:val="00AA1D8D"/>
    <w:rsid w:val="00AB0979"/>
    <w:rsid w:val="00B47730"/>
    <w:rsid w:val="00C977C9"/>
    <w:rsid w:val="00CB0664"/>
    <w:rsid w:val="00CB3A7E"/>
    <w:rsid w:val="00E404C3"/>
    <w:rsid w:val="00E50DC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4062061"/>
  <w14:defaultImageDpi w14:val="300"/>
  <w15:docId w15:val="{98D85C69-1044-4FEF-BA65-DEB8E5DA5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243746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7324D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F7F7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D8A24A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24D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643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Bobby Walls</dc:creator>
  <cp:keywords/>
  <dc:description>generated by python-docx</dc:description>
  <cp:lastModifiedBy>Bobby Walls</cp:lastModifiedBy>
  <cp:revision>2</cp:revision>
  <dcterms:created xsi:type="dcterms:W3CDTF">2026-11-07T05:21:00Z</dcterms:created>
  <dcterms:modified xsi:type="dcterms:W3CDTF">2026-11-07T05:21:00Z</dcterms:modified>
  <cp:category/>
</cp:coreProperties>
</file>